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7143"/>
      </w:tblGrid>
      <w:tr w:rsidR="00FE68B6" w:rsidRPr="00CC5FE9" w14:paraId="7760F240" w14:textId="77777777">
        <w:trPr>
          <w:jc w:val="center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522EAD" w14:textId="77777777" w:rsidR="00FE68B6" w:rsidRDefault="000B0006">
            <w:r>
              <w:rPr>
                <w:noProof/>
              </w:rPr>
              <w:drawing>
                <wp:inline distT="0" distB="0" distL="0" distR="0" wp14:anchorId="2AF27392" wp14:editId="324861CF">
                  <wp:extent cx="1512000" cy="52338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4R_header_logo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523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D568AF" w14:textId="77777777" w:rsidR="00FE68B6" w:rsidRPr="00FE746D" w:rsidRDefault="000B0006">
            <w:pPr>
              <w:jc w:val="right"/>
              <w:rPr>
                <w:lang w:val="nl-BE"/>
              </w:rPr>
            </w:pPr>
            <w:r w:rsidRPr="00FE746D">
              <w:rPr>
                <w:rFonts w:ascii="Georgia" w:hAnsi="Georgia"/>
                <w:b/>
                <w:sz w:val="37"/>
                <w:lang w:val="nl-BE"/>
              </w:rPr>
              <w:t>GASTGEZINNENFORMULIER</w:t>
            </w:r>
          </w:p>
          <w:p w14:paraId="131DC024" w14:textId="77777777" w:rsidR="00FE68B6" w:rsidRPr="00FE746D" w:rsidRDefault="000B0006">
            <w:pPr>
              <w:jc w:val="right"/>
              <w:rPr>
                <w:lang w:val="nl-BE"/>
              </w:rPr>
            </w:pPr>
            <w:r w:rsidRPr="00FE746D">
              <w:rPr>
                <w:rFonts w:ascii="Georgia" w:hAnsi="Georgia"/>
                <w:i/>
                <w:color w:val="6C7C3C"/>
                <w:sz w:val="22"/>
                <w:lang w:val="nl-BE"/>
              </w:rPr>
              <w:t>Een tijdelijk warm nest voor een hond</w:t>
            </w:r>
          </w:p>
        </w:tc>
      </w:tr>
    </w:tbl>
    <w:p w14:paraId="5D3A84E6" w14:textId="77777777" w:rsidR="00FE68B6" w:rsidRPr="00FE746D" w:rsidRDefault="000B0006">
      <w:pPr>
        <w:spacing w:before="80" w:after="160"/>
        <w:jc w:val="center"/>
        <w:rPr>
          <w:lang w:val="nl-BE"/>
        </w:rPr>
      </w:pPr>
      <w:r w:rsidRPr="00FE746D">
        <w:rPr>
          <w:rFonts w:ascii="Georgia" w:hAnsi="Georgia"/>
          <w:b/>
          <w:color w:val="F05A00"/>
          <w:sz w:val="27"/>
          <w:lang w:val="nl-BE"/>
        </w:rPr>
        <w:t>SAMEN MAKEN WE DE BUURT WARMER.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06"/>
      </w:tblGrid>
      <w:tr w:rsidR="00FE68B6" w14:paraId="648CBBCB" w14:textId="77777777">
        <w:trPr>
          <w:jc w:val="center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  <w:shd w:val="clear" w:color="auto" w:fill="F4EEE4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9094AF1" w14:textId="77777777" w:rsidR="00FE68B6" w:rsidRDefault="000B0006">
            <w:pPr>
              <w:spacing w:after="0"/>
            </w:pPr>
            <w:r w:rsidRPr="00FE746D">
              <w:rPr>
                <w:lang w:val="nl-BE"/>
              </w:rPr>
              <w:t xml:space="preserve">Een hond tijdelijk opvangen vraagt vertrouwen, duidelijke afspraken en een goede match. Met dit formulier leren we jouw thuissituatie en mogelijkheden kennen. </w:t>
            </w:r>
            <w:proofErr w:type="spellStart"/>
            <w:r>
              <w:t>Gastgezin</w:t>
            </w:r>
            <w:proofErr w:type="spellEnd"/>
            <w:r>
              <w:t xml:space="preserve"> </w:t>
            </w:r>
            <w:proofErr w:type="spellStart"/>
            <w:r>
              <w:t>worden</w:t>
            </w:r>
            <w:proofErr w:type="spellEnd"/>
            <w:r>
              <w:t xml:space="preserve"> </w:t>
            </w:r>
            <w:proofErr w:type="spellStart"/>
            <w:r>
              <w:t>gebeurt</w:t>
            </w:r>
            <w:proofErr w:type="spellEnd"/>
            <w:r>
              <w:t xml:space="preserve"> </w:t>
            </w:r>
            <w:proofErr w:type="spellStart"/>
            <w:r>
              <w:t>altijd</w:t>
            </w:r>
            <w:proofErr w:type="spellEnd"/>
            <w:r>
              <w:t xml:space="preserve"> na een kennismaking en intake.</w:t>
            </w:r>
          </w:p>
        </w:tc>
      </w:tr>
    </w:tbl>
    <w:p w14:paraId="060D3616" w14:textId="77777777" w:rsidR="00FE68B6" w:rsidRDefault="00FE68B6">
      <w:pPr>
        <w:spacing w:after="0"/>
      </w:pPr>
    </w:p>
    <w:tbl>
      <w:tblPr>
        <w:tblW w:w="10571" w:type="dxa"/>
        <w:jc w:val="center"/>
        <w:tblLayout w:type="fixed"/>
        <w:tblLook w:val="04A0" w:firstRow="1" w:lastRow="0" w:firstColumn="1" w:lastColumn="0" w:noHBand="0" w:noVBand="1"/>
      </w:tblPr>
      <w:tblGrid>
        <w:gridCol w:w="2019"/>
        <w:gridCol w:w="8552"/>
      </w:tblGrid>
      <w:tr w:rsidR="00FE68B6" w14:paraId="671CB695" w14:textId="77777777" w:rsidTr="00CC5FE9">
        <w:trPr>
          <w:cantSplit/>
          <w:trHeight w:val="287"/>
          <w:jc w:val="center"/>
        </w:trPr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F05A00"/>
            <w:tcMar>
              <w:top w:w="115" w:type="dxa"/>
              <w:left w:w="80" w:type="dxa"/>
              <w:bottom w:w="115" w:type="dxa"/>
              <w:right w:w="80" w:type="dxa"/>
            </w:tcMar>
            <w:vAlign w:val="center"/>
          </w:tcPr>
          <w:p w14:paraId="43E0AD94" w14:textId="77777777" w:rsidR="00FE68B6" w:rsidRDefault="000B0006">
            <w:pPr>
              <w:jc w:val="center"/>
            </w:pPr>
            <w:r>
              <w:rPr>
                <w:rFonts w:ascii="Georgia" w:hAnsi="Georgia"/>
                <w:b/>
                <w:color w:val="FFFFFF"/>
                <w:sz w:val="30"/>
              </w:rPr>
              <w:t>1</w:t>
            </w:r>
          </w:p>
        </w:tc>
        <w:tc>
          <w:tcPr>
            <w:tcW w:w="8552" w:type="dxa"/>
            <w:tcBorders>
              <w:top w:val="nil"/>
              <w:left w:val="nil"/>
              <w:bottom w:val="nil"/>
              <w:right w:val="nil"/>
            </w:tcBorders>
            <w:shd w:val="clear" w:color="auto" w:fill="17324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D6FDA77" w14:textId="77777777" w:rsidR="00FE68B6" w:rsidRDefault="000B0006">
            <w:r>
              <w:rPr>
                <w:rFonts w:ascii="Georgia" w:hAnsi="Georgia"/>
                <w:b/>
                <w:color w:val="FFFFFF"/>
                <w:sz w:val="28"/>
              </w:rPr>
              <w:t>JOUW GEGEVENS</w:t>
            </w:r>
          </w:p>
        </w:tc>
      </w:tr>
    </w:tbl>
    <w:p w14:paraId="53956A8A" w14:textId="77777777" w:rsidR="00FE68B6" w:rsidRDefault="00FE68B6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FE68B6" w14:paraId="5FE80B6D" w14:textId="77777777" w:rsidTr="00CC5FE9">
        <w:trPr>
          <w:cantSplit/>
          <w:trHeight w:val="702"/>
          <w:jc w:val="center"/>
        </w:trPr>
        <w:tc>
          <w:tcPr>
            <w:tcW w:w="4932" w:type="dxa"/>
            <w:tcBorders>
              <w:top w:val="nil"/>
              <w:left w:val="nil"/>
              <w:bottom w:val="single" w:sz="6" w:space="0" w:color="D8CDBB"/>
              <w:right w:val="nil"/>
            </w:tcBorders>
            <w:tcMar>
              <w:top w:w="60" w:type="dxa"/>
              <w:left w:w="110" w:type="dxa"/>
              <w:bottom w:w="90" w:type="dxa"/>
              <w:right w:w="110" w:type="dxa"/>
            </w:tcMar>
          </w:tcPr>
          <w:p w14:paraId="75640DFB" w14:textId="11397AFC" w:rsidR="00FE746D" w:rsidRPr="00CC5FE9" w:rsidRDefault="000B0006" w:rsidP="00CC5FE9">
            <w:pPr>
              <w:tabs>
                <w:tab w:val="left" w:pos="2505"/>
              </w:tabs>
              <w:rPr>
                <w:rFonts w:ascii="Georgia" w:hAnsi="Georgia"/>
                <w:bCs/>
                <w:sz w:val="20"/>
              </w:rPr>
            </w:pPr>
            <w:r>
              <w:rPr>
                <w:rFonts w:ascii="Georgia" w:hAnsi="Georgia"/>
                <w:b/>
                <w:sz w:val="20"/>
              </w:rPr>
              <w:t xml:space="preserve">Naam </w:t>
            </w:r>
            <w:proofErr w:type="spellStart"/>
            <w:r>
              <w:rPr>
                <w:rFonts w:ascii="Georgia" w:hAnsi="Georgia"/>
                <w:b/>
                <w:sz w:val="20"/>
              </w:rPr>
              <w:t>en</w:t>
            </w:r>
            <w:proofErr w:type="spellEnd"/>
            <w:r>
              <w:rPr>
                <w:rFonts w:ascii="Georgia" w:hAnsi="Georgia"/>
                <w:b/>
                <w:sz w:val="20"/>
              </w:rPr>
              <w:t xml:space="preserve"> </w:t>
            </w:r>
            <w:proofErr w:type="spellStart"/>
            <w:r>
              <w:rPr>
                <w:rFonts w:ascii="Georgia" w:hAnsi="Georgia"/>
                <w:b/>
                <w:sz w:val="20"/>
              </w:rPr>
              <w:t>voornaam</w:t>
            </w:r>
            <w:proofErr w:type="spellEnd"/>
            <w:r w:rsidR="00CC5FE9">
              <w:rPr>
                <w:rFonts w:ascii="Georgia" w:hAnsi="Georgia"/>
                <w:b/>
                <w:sz w:val="20"/>
              </w:rPr>
              <w:tab/>
            </w:r>
          </w:p>
        </w:tc>
        <w:tc>
          <w:tcPr>
            <w:tcW w:w="4932" w:type="dxa"/>
            <w:tcBorders>
              <w:top w:val="nil"/>
              <w:left w:val="nil"/>
              <w:bottom w:val="single" w:sz="6" w:space="0" w:color="D8CDBB"/>
              <w:right w:val="nil"/>
            </w:tcBorders>
            <w:tcMar>
              <w:top w:w="60" w:type="dxa"/>
              <w:left w:w="110" w:type="dxa"/>
              <w:bottom w:w="90" w:type="dxa"/>
              <w:right w:w="110" w:type="dxa"/>
            </w:tcMar>
          </w:tcPr>
          <w:p w14:paraId="3A1F5AB8" w14:textId="1075FF97" w:rsidR="00CC5FE9" w:rsidRPr="00CC5FE9" w:rsidRDefault="000B0006" w:rsidP="00CC5FE9">
            <w:pPr>
              <w:rPr>
                <w:rFonts w:ascii="Georgia" w:hAnsi="Georgia"/>
                <w:b/>
                <w:sz w:val="20"/>
              </w:rPr>
            </w:pPr>
            <w:proofErr w:type="spellStart"/>
            <w:r>
              <w:rPr>
                <w:rFonts w:ascii="Georgia" w:hAnsi="Georgia"/>
                <w:b/>
                <w:sz w:val="20"/>
              </w:rPr>
              <w:t>Geboortedatum</w:t>
            </w:r>
            <w:proofErr w:type="spellEnd"/>
          </w:p>
        </w:tc>
      </w:tr>
      <w:tr w:rsidR="00FE68B6" w:rsidRPr="00FE746D" w14:paraId="3911B610" w14:textId="77777777">
        <w:trPr>
          <w:cantSplit/>
          <w:jc w:val="center"/>
        </w:trPr>
        <w:tc>
          <w:tcPr>
            <w:tcW w:w="4932" w:type="dxa"/>
            <w:tcBorders>
              <w:top w:val="nil"/>
              <w:left w:val="nil"/>
              <w:bottom w:val="single" w:sz="6" w:space="0" w:color="D8CDBB"/>
              <w:right w:val="nil"/>
            </w:tcBorders>
            <w:tcMar>
              <w:top w:w="60" w:type="dxa"/>
              <w:left w:w="110" w:type="dxa"/>
              <w:bottom w:w="90" w:type="dxa"/>
              <w:right w:w="110" w:type="dxa"/>
            </w:tcMar>
          </w:tcPr>
          <w:p w14:paraId="640B327B" w14:textId="77777777" w:rsidR="00FE68B6" w:rsidRDefault="000B0006">
            <w:r>
              <w:rPr>
                <w:rFonts w:ascii="Georgia" w:hAnsi="Georgia"/>
                <w:b/>
                <w:sz w:val="20"/>
              </w:rPr>
              <w:t>Adres</w:t>
            </w:r>
          </w:p>
          <w:p w14:paraId="1C9C8961" w14:textId="406032B7" w:rsidR="00FE68B6" w:rsidRDefault="00B557A5">
            <w:pPr>
              <w:spacing w:after="20"/>
            </w:pPr>
            <w:sdt>
              <w:sdtPr>
                <w:alias w:val="ADRES"/>
                <w:tag w:val="ADRES"/>
                <w:id w:val="-1409763165"/>
                <w:showingPlcHdr/>
                <w:text/>
              </w:sdtPr>
              <w:sdtEndPr/>
              <w:sdtContent>
                <w:r w:rsidR="00FE746D">
                  <w:t xml:space="preserve">     </w:t>
                </w:r>
              </w:sdtContent>
            </w:sdt>
          </w:p>
        </w:tc>
        <w:tc>
          <w:tcPr>
            <w:tcW w:w="4932" w:type="dxa"/>
            <w:tcBorders>
              <w:top w:val="nil"/>
              <w:left w:val="nil"/>
              <w:bottom w:val="single" w:sz="6" w:space="0" w:color="D8CDBB"/>
              <w:right w:val="nil"/>
            </w:tcBorders>
            <w:tcMar>
              <w:top w:w="60" w:type="dxa"/>
              <w:left w:w="110" w:type="dxa"/>
              <w:bottom w:w="90" w:type="dxa"/>
              <w:right w:w="110" w:type="dxa"/>
            </w:tcMar>
          </w:tcPr>
          <w:p w14:paraId="3C4F08E8" w14:textId="77777777" w:rsidR="00FE68B6" w:rsidRPr="00FE746D" w:rsidRDefault="000B0006">
            <w:pPr>
              <w:rPr>
                <w:lang w:val="nl-BE"/>
              </w:rPr>
            </w:pPr>
            <w:r w:rsidRPr="00FE746D">
              <w:rPr>
                <w:rFonts w:ascii="Georgia" w:hAnsi="Georgia"/>
                <w:b/>
                <w:sz w:val="20"/>
                <w:lang w:val="nl-BE"/>
              </w:rPr>
              <w:t>Postcode en gemeente</w:t>
            </w:r>
          </w:p>
          <w:p w14:paraId="3F158EBD" w14:textId="52D49CD9" w:rsidR="00FE68B6" w:rsidRPr="00FE746D" w:rsidRDefault="00B557A5">
            <w:pPr>
              <w:spacing w:after="20"/>
              <w:rPr>
                <w:lang w:val="nl-BE"/>
              </w:rPr>
            </w:pPr>
            <w:sdt>
              <w:sdtPr>
                <w:rPr>
                  <w:lang w:val="nl-BE"/>
                </w:rPr>
                <w:alias w:val="POSTCODE_GEMEENTE"/>
                <w:tag w:val="POSTCODE_GEMEENTE"/>
                <w:id w:val="-1127553798"/>
                <w:showingPlcHdr/>
                <w:text/>
              </w:sdtPr>
              <w:sdtEndPr/>
              <w:sdtContent>
                <w:r w:rsidR="00FE746D">
                  <w:rPr>
                    <w:lang w:val="nl-BE"/>
                  </w:rPr>
                  <w:t xml:space="preserve">     </w:t>
                </w:r>
              </w:sdtContent>
            </w:sdt>
          </w:p>
        </w:tc>
      </w:tr>
      <w:tr w:rsidR="00FE68B6" w14:paraId="6C9A0D13" w14:textId="77777777">
        <w:trPr>
          <w:cantSplit/>
          <w:jc w:val="center"/>
        </w:trPr>
        <w:tc>
          <w:tcPr>
            <w:tcW w:w="4932" w:type="dxa"/>
            <w:tcBorders>
              <w:top w:val="nil"/>
              <w:left w:val="nil"/>
              <w:bottom w:val="single" w:sz="6" w:space="0" w:color="D8CDBB"/>
              <w:right w:val="nil"/>
            </w:tcBorders>
            <w:tcMar>
              <w:top w:w="60" w:type="dxa"/>
              <w:left w:w="110" w:type="dxa"/>
              <w:bottom w:w="90" w:type="dxa"/>
              <w:right w:w="110" w:type="dxa"/>
            </w:tcMar>
          </w:tcPr>
          <w:p w14:paraId="77824FA3" w14:textId="77777777" w:rsidR="00FE68B6" w:rsidRDefault="000B0006">
            <w:r>
              <w:rPr>
                <w:rFonts w:ascii="Georgia" w:hAnsi="Georgia"/>
                <w:b/>
                <w:sz w:val="20"/>
              </w:rPr>
              <w:t>E-</w:t>
            </w:r>
            <w:proofErr w:type="spellStart"/>
            <w:r>
              <w:rPr>
                <w:rFonts w:ascii="Georgia" w:hAnsi="Georgia"/>
                <w:b/>
                <w:sz w:val="20"/>
              </w:rPr>
              <w:t>mailadres</w:t>
            </w:r>
            <w:proofErr w:type="spellEnd"/>
          </w:p>
          <w:p w14:paraId="5D361986" w14:textId="142DB159" w:rsidR="00FE68B6" w:rsidRDefault="00B557A5">
            <w:pPr>
              <w:spacing w:after="20"/>
            </w:pPr>
            <w:sdt>
              <w:sdtPr>
                <w:alias w:val="EMAIL"/>
                <w:tag w:val="EMAIL"/>
                <w:id w:val="-1494028702"/>
                <w:showingPlcHdr/>
                <w:text/>
              </w:sdtPr>
              <w:sdtEndPr/>
              <w:sdtContent>
                <w:r w:rsidR="00FE746D">
                  <w:t xml:space="preserve">     </w:t>
                </w:r>
              </w:sdtContent>
            </w:sdt>
          </w:p>
        </w:tc>
        <w:tc>
          <w:tcPr>
            <w:tcW w:w="4932" w:type="dxa"/>
            <w:tcBorders>
              <w:top w:val="nil"/>
              <w:left w:val="nil"/>
              <w:bottom w:val="single" w:sz="6" w:space="0" w:color="D8CDBB"/>
              <w:right w:val="nil"/>
            </w:tcBorders>
            <w:tcMar>
              <w:top w:w="60" w:type="dxa"/>
              <w:left w:w="110" w:type="dxa"/>
              <w:bottom w:w="90" w:type="dxa"/>
              <w:right w:w="110" w:type="dxa"/>
            </w:tcMar>
          </w:tcPr>
          <w:p w14:paraId="7F7E0683" w14:textId="77777777" w:rsidR="00FE68B6" w:rsidRDefault="000B0006">
            <w:r>
              <w:rPr>
                <w:rFonts w:ascii="Georgia" w:hAnsi="Georgia"/>
                <w:b/>
                <w:sz w:val="20"/>
              </w:rPr>
              <w:t>Telefoonnummer</w:t>
            </w:r>
          </w:p>
          <w:p w14:paraId="20CCD1D1" w14:textId="19D2E41E" w:rsidR="00FE68B6" w:rsidRDefault="00B557A5">
            <w:pPr>
              <w:spacing w:after="20"/>
            </w:pPr>
            <w:sdt>
              <w:sdtPr>
                <w:alias w:val="TELEFOON"/>
                <w:tag w:val="TELEFOON"/>
                <w:id w:val="-1687057307"/>
                <w:showingPlcHdr/>
                <w:text/>
              </w:sdtPr>
              <w:sdtEndPr/>
              <w:sdtContent>
                <w:r w:rsidR="00FE746D">
                  <w:t xml:space="preserve">     </w:t>
                </w:r>
              </w:sdtContent>
            </w:sdt>
          </w:p>
        </w:tc>
      </w:tr>
    </w:tbl>
    <w:p w14:paraId="01FDF74D" w14:textId="77777777" w:rsidR="00FE68B6" w:rsidRDefault="00FE68B6">
      <w:pPr>
        <w:spacing w:after="20"/>
      </w:pPr>
    </w:p>
    <w:tbl>
      <w:tblPr>
        <w:tblW w:w="10211" w:type="dxa"/>
        <w:jc w:val="center"/>
        <w:tblLayout w:type="fixed"/>
        <w:tblLook w:val="04A0" w:firstRow="1" w:lastRow="0" w:firstColumn="1" w:lastColumn="0" w:noHBand="0" w:noVBand="1"/>
      </w:tblPr>
      <w:tblGrid>
        <w:gridCol w:w="1950"/>
        <w:gridCol w:w="8261"/>
      </w:tblGrid>
      <w:tr w:rsidR="00FE68B6" w14:paraId="76251AE6" w14:textId="77777777" w:rsidTr="00CC5FE9">
        <w:trPr>
          <w:cantSplit/>
          <w:trHeight w:val="433"/>
          <w:jc w:val="center"/>
        </w:trPr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F05A00"/>
            <w:tcMar>
              <w:top w:w="115" w:type="dxa"/>
              <w:left w:w="80" w:type="dxa"/>
              <w:bottom w:w="115" w:type="dxa"/>
              <w:right w:w="80" w:type="dxa"/>
            </w:tcMar>
            <w:vAlign w:val="center"/>
          </w:tcPr>
          <w:p w14:paraId="0704E412" w14:textId="77777777" w:rsidR="00FE68B6" w:rsidRDefault="000B0006">
            <w:pPr>
              <w:jc w:val="center"/>
            </w:pPr>
            <w:r>
              <w:rPr>
                <w:rFonts w:ascii="Georgia" w:hAnsi="Georgia"/>
                <w:b/>
                <w:color w:val="FFFFFF"/>
                <w:sz w:val="30"/>
              </w:rPr>
              <w:t>2</w:t>
            </w:r>
          </w:p>
        </w:tc>
        <w:tc>
          <w:tcPr>
            <w:tcW w:w="8261" w:type="dxa"/>
            <w:tcBorders>
              <w:top w:val="nil"/>
              <w:left w:val="nil"/>
              <w:bottom w:val="nil"/>
              <w:right w:val="nil"/>
            </w:tcBorders>
            <w:shd w:val="clear" w:color="auto" w:fill="17324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61AE48A0" w14:textId="77777777" w:rsidR="00FE68B6" w:rsidRDefault="000B0006">
            <w:r>
              <w:rPr>
                <w:rFonts w:ascii="Georgia" w:hAnsi="Georgia"/>
                <w:b/>
                <w:color w:val="FFFFFF"/>
                <w:sz w:val="28"/>
              </w:rPr>
              <w:t>JOUW THUISSITUATIE</w:t>
            </w:r>
          </w:p>
        </w:tc>
      </w:tr>
    </w:tbl>
    <w:p w14:paraId="0885D2FC" w14:textId="77777777" w:rsidR="00FE68B6" w:rsidRDefault="00FE68B6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FE68B6" w14:paraId="4A0D396B" w14:textId="77777777">
        <w:trPr>
          <w:cantSplit/>
          <w:jc w:val="center"/>
        </w:trPr>
        <w:tc>
          <w:tcPr>
            <w:tcW w:w="4932" w:type="dxa"/>
            <w:tcBorders>
              <w:top w:val="nil"/>
              <w:left w:val="nil"/>
              <w:bottom w:val="single" w:sz="6" w:space="0" w:color="D8CDBB"/>
              <w:right w:val="nil"/>
            </w:tcBorders>
            <w:tcMar>
              <w:top w:w="60" w:type="dxa"/>
              <w:left w:w="110" w:type="dxa"/>
              <w:bottom w:w="90" w:type="dxa"/>
              <w:right w:w="110" w:type="dxa"/>
            </w:tcMar>
          </w:tcPr>
          <w:p w14:paraId="10FBB08B" w14:textId="77777777" w:rsidR="00FE68B6" w:rsidRDefault="000B0006">
            <w:r>
              <w:rPr>
                <w:rFonts w:ascii="Georgia" w:hAnsi="Georgia"/>
                <w:b/>
                <w:sz w:val="20"/>
              </w:rPr>
              <w:t>Woningtype</w:t>
            </w:r>
          </w:p>
          <w:p w14:paraId="22B0714E" w14:textId="24625C01" w:rsidR="00FE68B6" w:rsidRDefault="00B557A5">
            <w:pPr>
              <w:spacing w:after="20"/>
            </w:pPr>
            <w:sdt>
              <w:sdtPr>
                <w:alias w:val="WONINGTYPE"/>
                <w:tag w:val="WONINGTYPE"/>
                <w:id w:val="-1862729564"/>
                <w:showingPlcHdr/>
                <w:text/>
              </w:sdtPr>
              <w:sdtEndPr/>
              <w:sdtContent>
                <w:r w:rsidR="00FE746D">
                  <w:t xml:space="preserve">     </w:t>
                </w:r>
              </w:sdtContent>
            </w:sdt>
          </w:p>
        </w:tc>
        <w:tc>
          <w:tcPr>
            <w:tcW w:w="4932" w:type="dxa"/>
            <w:tcBorders>
              <w:top w:val="nil"/>
              <w:left w:val="nil"/>
              <w:bottom w:val="single" w:sz="6" w:space="0" w:color="D8CDBB"/>
              <w:right w:val="nil"/>
            </w:tcBorders>
            <w:tcMar>
              <w:top w:w="60" w:type="dxa"/>
              <w:left w:w="110" w:type="dxa"/>
              <w:bottom w:w="90" w:type="dxa"/>
              <w:right w:w="110" w:type="dxa"/>
            </w:tcMar>
          </w:tcPr>
          <w:p w14:paraId="65F788A3" w14:textId="77777777" w:rsidR="00FE68B6" w:rsidRDefault="000B0006">
            <w:r>
              <w:rPr>
                <w:rFonts w:ascii="Georgia" w:hAnsi="Georgia"/>
                <w:b/>
                <w:sz w:val="20"/>
              </w:rPr>
              <w:t>Buitenruimte</w:t>
            </w:r>
          </w:p>
          <w:p w14:paraId="6441C41B" w14:textId="2CDA7C42" w:rsidR="00FE68B6" w:rsidRDefault="00B557A5">
            <w:pPr>
              <w:spacing w:after="20"/>
            </w:pPr>
            <w:sdt>
              <w:sdtPr>
                <w:alias w:val="BUITENRUIMTE"/>
                <w:tag w:val="BUITENRUIMTE"/>
                <w:id w:val="-620222009"/>
                <w:showingPlcHdr/>
                <w:text/>
              </w:sdtPr>
              <w:sdtEndPr/>
              <w:sdtContent>
                <w:r w:rsidR="00FE746D">
                  <w:t xml:space="preserve">     </w:t>
                </w:r>
              </w:sdtContent>
            </w:sdt>
          </w:p>
        </w:tc>
      </w:tr>
      <w:tr w:rsidR="00FE68B6" w14:paraId="76CBD5E7" w14:textId="77777777">
        <w:trPr>
          <w:cantSplit/>
          <w:jc w:val="center"/>
        </w:trPr>
        <w:tc>
          <w:tcPr>
            <w:tcW w:w="4932" w:type="dxa"/>
            <w:tcBorders>
              <w:top w:val="nil"/>
              <w:left w:val="nil"/>
              <w:bottom w:val="single" w:sz="6" w:space="0" w:color="D8CDBB"/>
              <w:right w:val="nil"/>
            </w:tcBorders>
            <w:tcMar>
              <w:top w:w="60" w:type="dxa"/>
              <w:left w:w="110" w:type="dxa"/>
              <w:bottom w:w="90" w:type="dxa"/>
              <w:right w:w="110" w:type="dxa"/>
            </w:tcMar>
          </w:tcPr>
          <w:p w14:paraId="78609024" w14:textId="77777777" w:rsidR="00FE68B6" w:rsidRPr="00FE746D" w:rsidRDefault="000B0006">
            <w:pPr>
              <w:rPr>
                <w:lang w:val="nl-BE"/>
              </w:rPr>
            </w:pPr>
            <w:r w:rsidRPr="00FE746D">
              <w:rPr>
                <w:rFonts w:ascii="Georgia" w:hAnsi="Georgia"/>
                <w:b/>
                <w:sz w:val="20"/>
                <w:lang w:val="nl-BE"/>
              </w:rPr>
              <w:t>Aantal volwassenen in huis</w:t>
            </w:r>
          </w:p>
          <w:p w14:paraId="2B869FDA" w14:textId="59834064" w:rsidR="00FE68B6" w:rsidRPr="00FE746D" w:rsidRDefault="00B557A5">
            <w:pPr>
              <w:spacing w:after="20"/>
              <w:rPr>
                <w:lang w:val="nl-BE"/>
              </w:rPr>
            </w:pPr>
            <w:sdt>
              <w:sdtPr>
                <w:rPr>
                  <w:lang w:val="nl-BE"/>
                </w:rPr>
                <w:alias w:val="VOLWASSENEN"/>
                <w:tag w:val="VOLWASSENEN"/>
                <w:id w:val="-77058861"/>
                <w:showingPlcHdr/>
                <w:text/>
              </w:sdtPr>
              <w:sdtEndPr/>
              <w:sdtContent>
                <w:r w:rsidR="00FE746D">
                  <w:rPr>
                    <w:lang w:val="nl-BE"/>
                  </w:rPr>
                  <w:t xml:space="preserve">     </w:t>
                </w:r>
              </w:sdtContent>
            </w:sdt>
          </w:p>
        </w:tc>
        <w:tc>
          <w:tcPr>
            <w:tcW w:w="4932" w:type="dxa"/>
            <w:tcBorders>
              <w:top w:val="nil"/>
              <w:left w:val="nil"/>
              <w:bottom w:val="single" w:sz="6" w:space="0" w:color="D8CDBB"/>
              <w:right w:val="nil"/>
            </w:tcBorders>
            <w:tcMar>
              <w:top w:w="60" w:type="dxa"/>
              <w:left w:w="110" w:type="dxa"/>
              <w:bottom w:w="90" w:type="dxa"/>
              <w:right w:w="110" w:type="dxa"/>
            </w:tcMar>
          </w:tcPr>
          <w:p w14:paraId="66AF41E3" w14:textId="77777777" w:rsidR="00FE68B6" w:rsidRDefault="000B0006">
            <w:proofErr w:type="spellStart"/>
            <w:r>
              <w:rPr>
                <w:rFonts w:ascii="Georgia" w:hAnsi="Georgia"/>
                <w:b/>
                <w:sz w:val="20"/>
              </w:rPr>
              <w:t>Kinderen</w:t>
            </w:r>
            <w:proofErr w:type="spellEnd"/>
            <w:r>
              <w:rPr>
                <w:rFonts w:ascii="Georgia" w:hAnsi="Georgia"/>
                <w:b/>
                <w:sz w:val="20"/>
              </w:rPr>
              <w:t xml:space="preserve"> in huis</w:t>
            </w:r>
          </w:p>
          <w:p w14:paraId="6C7F9D8B" w14:textId="0896CF60" w:rsidR="00FE68B6" w:rsidRDefault="00B557A5">
            <w:pPr>
              <w:spacing w:after="20"/>
            </w:pPr>
            <w:sdt>
              <w:sdtPr>
                <w:alias w:val="KINDEREN"/>
                <w:tag w:val="KINDEREN"/>
                <w:id w:val="-577981078"/>
                <w:showingPlcHdr/>
                <w:text/>
              </w:sdtPr>
              <w:sdtEndPr/>
              <w:sdtContent>
                <w:r w:rsidR="00FE746D">
                  <w:t xml:space="preserve">     </w:t>
                </w:r>
              </w:sdtContent>
            </w:sdt>
          </w:p>
        </w:tc>
      </w:tr>
      <w:tr w:rsidR="00FE68B6" w:rsidRPr="00CC5FE9" w14:paraId="51F3A105" w14:textId="77777777">
        <w:trPr>
          <w:cantSplit/>
          <w:jc w:val="center"/>
        </w:trPr>
        <w:tc>
          <w:tcPr>
            <w:tcW w:w="4932" w:type="dxa"/>
            <w:tcBorders>
              <w:top w:val="nil"/>
              <w:left w:val="nil"/>
              <w:bottom w:val="single" w:sz="6" w:space="0" w:color="D8CDBB"/>
              <w:right w:val="nil"/>
            </w:tcBorders>
            <w:tcMar>
              <w:top w:w="60" w:type="dxa"/>
              <w:left w:w="110" w:type="dxa"/>
              <w:bottom w:w="90" w:type="dxa"/>
              <w:right w:w="110" w:type="dxa"/>
            </w:tcMar>
          </w:tcPr>
          <w:p w14:paraId="04D9FB3A" w14:textId="77777777" w:rsidR="00FE68B6" w:rsidRDefault="000B0006">
            <w:r>
              <w:rPr>
                <w:rFonts w:ascii="Georgia" w:hAnsi="Georgia"/>
                <w:b/>
                <w:sz w:val="20"/>
              </w:rPr>
              <w:t>Eigen dieren</w:t>
            </w:r>
          </w:p>
          <w:p w14:paraId="3987A0BC" w14:textId="027330B6" w:rsidR="00FE68B6" w:rsidRDefault="00B557A5">
            <w:pPr>
              <w:spacing w:after="20"/>
            </w:pPr>
            <w:sdt>
              <w:sdtPr>
                <w:alias w:val="EIGEN_DIEREN"/>
                <w:tag w:val="EIGEN_DIEREN"/>
                <w:id w:val="-54478928"/>
                <w:showingPlcHdr/>
                <w:text/>
              </w:sdtPr>
              <w:sdtEndPr/>
              <w:sdtContent>
                <w:r w:rsidR="00FE746D">
                  <w:t xml:space="preserve">     </w:t>
                </w:r>
              </w:sdtContent>
            </w:sdt>
          </w:p>
        </w:tc>
        <w:tc>
          <w:tcPr>
            <w:tcW w:w="4932" w:type="dxa"/>
            <w:tcBorders>
              <w:top w:val="nil"/>
              <w:left w:val="nil"/>
              <w:bottom w:val="single" w:sz="6" w:space="0" w:color="D8CDBB"/>
              <w:right w:val="nil"/>
            </w:tcBorders>
            <w:tcMar>
              <w:top w:w="60" w:type="dxa"/>
              <w:left w:w="110" w:type="dxa"/>
              <w:bottom w:w="90" w:type="dxa"/>
              <w:right w:w="110" w:type="dxa"/>
            </w:tcMar>
          </w:tcPr>
          <w:p w14:paraId="232E1CC6" w14:textId="77777777" w:rsidR="00FE68B6" w:rsidRPr="00FE746D" w:rsidRDefault="000B0006">
            <w:pPr>
              <w:rPr>
                <w:lang w:val="nl-BE"/>
              </w:rPr>
            </w:pPr>
            <w:r w:rsidRPr="00FE746D">
              <w:rPr>
                <w:rFonts w:ascii="Georgia" w:hAnsi="Georgia"/>
                <w:b/>
                <w:sz w:val="20"/>
                <w:lang w:val="nl-BE"/>
              </w:rPr>
              <w:t>Toestemming voor honden bij huurwoning</w:t>
            </w:r>
          </w:p>
          <w:p w14:paraId="3B128E8E" w14:textId="2FA4F0B4" w:rsidR="00FE68B6" w:rsidRPr="00FE746D" w:rsidRDefault="00B557A5">
            <w:pPr>
              <w:spacing w:after="20"/>
              <w:rPr>
                <w:lang w:val="nl-BE"/>
              </w:rPr>
            </w:pPr>
            <w:sdt>
              <w:sdtPr>
                <w:rPr>
                  <w:lang w:val="nl-BE"/>
                </w:rPr>
                <w:alias w:val="TOESTEMMING_HUUR"/>
                <w:tag w:val="TOESTEMMING_HUUR"/>
                <w:id w:val="942042398"/>
                <w:showingPlcHdr/>
                <w:text/>
              </w:sdtPr>
              <w:sdtEndPr/>
              <w:sdtContent>
                <w:r w:rsidR="00FE746D">
                  <w:rPr>
                    <w:lang w:val="nl-BE"/>
                  </w:rPr>
                  <w:t xml:space="preserve">     </w:t>
                </w:r>
              </w:sdtContent>
            </w:sdt>
          </w:p>
        </w:tc>
      </w:tr>
    </w:tbl>
    <w:p w14:paraId="0A7528F1" w14:textId="77777777" w:rsidR="00FE68B6" w:rsidRPr="00FE746D" w:rsidRDefault="00FE68B6">
      <w:pPr>
        <w:spacing w:after="20"/>
        <w:rPr>
          <w:lang w:val="nl-B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5"/>
      </w:tblGrid>
      <w:tr w:rsidR="00FE68B6" w:rsidRPr="00CC5FE9" w14:paraId="0056ABE5" w14:textId="77777777">
        <w:trPr>
          <w:cantSplit/>
          <w:jc w:val="center"/>
        </w:trPr>
        <w:tc>
          <w:tcPr>
            <w:tcW w:w="9865" w:type="dxa"/>
            <w:tcBorders>
              <w:top w:val="single" w:sz="5" w:space="0" w:color="D8CDBB"/>
              <w:left w:val="single" w:sz="5" w:space="0" w:color="D8CDBB"/>
              <w:bottom w:val="single" w:sz="5" w:space="0" w:color="D8CDBB"/>
              <w:right w:val="single" w:sz="5" w:space="0" w:color="D8CDBB"/>
            </w:tcBorders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4BB05D26" w14:textId="77777777" w:rsidR="00FE68B6" w:rsidRPr="00FE746D" w:rsidRDefault="000B0006">
            <w:pPr>
              <w:spacing w:after="120"/>
              <w:rPr>
                <w:lang w:val="nl-BE"/>
              </w:rPr>
            </w:pPr>
            <w:r w:rsidRPr="00FE746D">
              <w:rPr>
                <w:rFonts w:ascii="Georgia" w:hAnsi="Georgia"/>
                <w:b/>
                <w:sz w:val="20"/>
                <w:lang w:val="nl-BE"/>
              </w:rPr>
              <w:t>Andere relevante informatie over de thuissituatie</w:t>
            </w:r>
          </w:p>
          <w:p w14:paraId="355E5E5B" w14:textId="7EB52471" w:rsidR="00FE746D" w:rsidRPr="00CC5FE9" w:rsidRDefault="00FE746D">
            <w:pPr>
              <w:rPr>
                <w:lang w:val="nl-BE"/>
              </w:rPr>
            </w:pPr>
          </w:p>
        </w:tc>
      </w:tr>
    </w:tbl>
    <w:p w14:paraId="180D13B6" w14:textId="77777777" w:rsidR="00FE68B6" w:rsidRPr="00CC5FE9" w:rsidRDefault="00FE68B6">
      <w:pPr>
        <w:spacing w:after="20"/>
        <w:rPr>
          <w:lang w:val="nl-B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8164"/>
      </w:tblGrid>
      <w:tr w:rsidR="00FE68B6" w14:paraId="3FE5F9F9" w14:textId="77777777">
        <w:trPr>
          <w:cantSplit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F05A00"/>
            <w:tcMar>
              <w:top w:w="115" w:type="dxa"/>
              <w:left w:w="80" w:type="dxa"/>
              <w:bottom w:w="115" w:type="dxa"/>
              <w:right w:w="80" w:type="dxa"/>
            </w:tcMar>
            <w:vAlign w:val="center"/>
          </w:tcPr>
          <w:p w14:paraId="48B9E457" w14:textId="77777777" w:rsidR="00FE68B6" w:rsidRDefault="000B0006">
            <w:pPr>
              <w:jc w:val="center"/>
            </w:pPr>
            <w:r>
              <w:rPr>
                <w:rFonts w:ascii="Georgia" w:hAnsi="Georgia"/>
                <w:b/>
                <w:color w:val="FFFFFF"/>
                <w:sz w:val="30"/>
              </w:rPr>
              <w:t>3</w:t>
            </w:r>
          </w:p>
        </w:tc>
        <w:tc>
          <w:tcPr>
            <w:tcW w:w="8164" w:type="dxa"/>
            <w:tcBorders>
              <w:top w:val="nil"/>
              <w:left w:val="nil"/>
              <w:bottom w:val="nil"/>
              <w:right w:val="nil"/>
            </w:tcBorders>
            <w:shd w:val="clear" w:color="auto" w:fill="17324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1E79C0CB" w14:textId="77777777" w:rsidR="00FE68B6" w:rsidRDefault="000B0006">
            <w:r>
              <w:rPr>
                <w:rFonts w:ascii="Georgia" w:hAnsi="Georgia"/>
                <w:b/>
                <w:color w:val="FFFFFF"/>
                <w:sz w:val="28"/>
              </w:rPr>
              <w:t>BESCHIKBAARHEID VOOR OPVANG</w:t>
            </w:r>
          </w:p>
        </w:tc>
      </w:tr>
    </w:tbl>
    <w:p w14:paraId="74B39135" w14:textId="77777777" w:rsidR="00FE68B6" w:rsidRDefault="00FE68B6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FE68B6" w14:paraId="61C191B4" w14:textId="77777777">
        <w:trPr>
          <w:cantSplit/>
          <w:jc w:val="center"/>
        </w:trPr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7D69099" w14:textId="77777777" w:rsidR="00FE68B6" w:rsidRDefault="000B0006">
            <w:r>
              <w:rPr>
                <w:sz w:val="23"/>
              </w:rPr>
              <w:t xml:space="preserve">☐  </w:t>
            </w:r>
            <w:r>
              <w:rPr>
                <w:sz w:val="19"/>
              </w:rPr>
              <w:t>Weekdagen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D75F840" w14:textId="77777777" w:rsidR="00FE68B6" w:rsidRDefault="000B0006">
            <w:r>
              <w:rPr>
                <w:sz w:val="23"/>
              </w:rPr>
              <w:t xml:space="preserve">☐  </w:t>
            </w:r>
            <w:r>
              <w:rPr>
                <w:sz w:val="19"/>
              </w:rPr>
              <w:t>Weekends</w:t>
            </w:r>
          </w:p>
        </w:tc>
      </w:tr>
      <w:tr w:rsidR="00FE68B6" w14:paraId="5BD8BC26" w14:textId="77777777">
        <w:trPr>
          <w:cantSplit/>
          <w:jc w:val="center"/>
        </w:trPr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9FF9A4E" w14:textId="77777777" w:rsidR="00FE68B6" w:rsidRDefault="000B0006">
            <w:r>
              <w:rPr>
                <w:sz w:val="23"/>
              </w:rPr>
              <w:lastRenderedPageBreak/>
              <w:t xml:space="preserve">☐  </w:t>
            </w:r>
            <w:r>
              <w:rPr>
                <w:sz w:val="19"/>
              </w:rPr>
              <w:t>Vakantieperiodes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3DCF7C1A" w14:textId="77777777" w:rsidR="00FE68B6" w:rsidRDefault="000B0006">
            <w:r>
              <w:rPr>
                <w:sz w:val="23"/>
              </w:rPr>
              <w:t xml:space="preserve">☐  </w:t>
            </w:r>
            <w:r>
              <w:rPr>
                <w:sz w:val="19"/>
              </w:rPr>
              <w:t>Occasionele of dringende opvang</w:t>
            </w:r>
          </w:p>
        </w:tc>
      </w:tr>
      <w:tr w:rsidR="00FE68B6" w14:paraId="5F2DF311" w14:textId="77777777">
        <w:trPr>
          <w:cantSplit/>
          <w:jc w:val="center"/>
        </w:trPr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24B6DB51" w14:textId="77777777" w:rsidR="00FE68B6" w:rsidRDefault="000B0006">
            <w:r>
              <w:rPr>
                <w:sz w:val="23"/>
              </w:rPr>
              <w:t xml:space="preserve">☐  </w:t>
            </w:r>
            <w:r>
              <w:rPr>
                <w:sz w:val="19"/>
              </w:rPr>
              <w:t>Enkele uren of dagopvang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16088047" w14:textId="77777777" w:rsidR="00FE68B6" w:rsidRDefault="000B0006">
            <w:r>
              <w:rPr>
                <w:sz w:val="23"/>
              </w:rPr>
              <w:t xml:space="preserve">☐  </w:t>
            </w:r>
            <w:r>
              <w:rPr>
                <w:sz w:val="19"/>
              </w:rPr>
              <w:t>Overnachting</w:t>
            </w:r>
          </w:p>
        </w:tc>
      </w:tr>
      <w:tr w:rsidR="00FE68B6" w14:paraId="075A8571" w14:textId="77777777">
        <w:trPr>
          <w:cantSplit/>
          <w:jc w:val="center"/>
        </w:trPr>
        <w:tc>
          <w:tcPr>
            <w:tcW w:w="4932" w:type="dxa"/>
            <w:tcBorders>
              <w:top w:val="nil"/>
              <w:left w:val="nil"/>
              <w:bottom w:val="single" w:sz="6" w:space="0" w:color="D8CDBB"/>
              <w:right w:val="nil"/>
            </w:tcBorders>
            <w:tcMar>
              <w:top w:w="60" w:type="dxa"/>
              <w:left w:w="110" w:type="dxa"/>
              <w:bottom w:w="90" w:type="dxa"/>
              <w:right w:w="110" w:type="dxa"/>
            </w:tcMar>
          </w:tcPr>
          <w:p w14:paraId="2E46F87D" w14:textId="77777777" w:rsidR="00FE68B6" w:rsidRPr="00FE746D" w:rsidRDefault="000B0006">
            <w:pPr>
              <w:rPr>
                <w:lang w:val="nl-BE"/>
              </w:rPr>
            </w:pPr>
            <w:r w:rsidRPr="00FE746D">
              <w:rPr>
                <w:rFonts w:ascii="Georgia" w:hAnsi="Georgia"/>
                <w:b/>
                <w:sz w:val="20"/>
                <w:lang w:val="nl-BE"/>
              </w:rPr>
              <w:t>Maximale aaneengesloten opvangduur</w:t>
            </w:r>
          </w:p>
          <w:p w14:paraId="73B7932C" w14:textId="2B7C2D6E" w:rsidR="00FE68B6" w:rsidRPr="00FE746D" w:rsidRDefault="00B557A5">
            <w:pPr>
              <w:spacing w:after="20"/>
              <w:rPr>
                <w:lang w:val="nl-BE"/>
              </w:rPr>
            </w:pPr>
            <w:sdt>
              <w:sdtPr>
                <w:rPr>
                  <w:lang w:val="nl-BE"/>
                </w:rPr>
                <w:alias w:val="MAX_OPVANGDUUR"/>
                <w:tag w:val="MAX_OPVANGDUUR"/>
                <w:id w:val="1034314049"/>
                <w:showingPlcHdr/>
                <w:text/>
              </w:sdtPr>
              <w:sdtEndPr/>
              <w:sdtContent>
                <w:r w:rsidR="00FE746D">
                  <w:rPr>
                    <w:lang w:val="nl-BE"/>
                  </w:rPr>
                  <w:t xml:space="preserve">     </w:t>
                </w:r>
              </w:sdtContent>
            </w:sdt>
          </w:p>
        </w:tc>
        <w:tc>
          <w:tcPr>
            <w:tcW w:w="4932" w:type="dxa"/>
            <w:tcBorders>
              <w:top w:val="nil"/>
              <w:left w:val="nil"/>
              <w:bottom w:val="single" w:sz="6" w:space="0" w:color="D8CDBB"/>
              <w:right w:val="nil"/>
            </w:tcBorders>
            <w:tcMar>
              <w:top w:w="60" w:type="dxa"/>
              <w:left w:w="110" w:type="dxa"/>
              <w:bottom w:w="90" w:type="dxa"/>
              <w:right w:w="110" w:type="dxa"/>
            </w:tcMar>
          </w:tcPr>
          <w:p w14:paraId="68B51E5B" w14:textId="7735BB53" w:rsidR="00FE68B6" w:rsidRPr="00CC5FE9" w:rsidRDefault="000B0006" w:rsidP="00CC5FE9">
            <w:pPr>
              <w:rPr>
                <w:lang w:val="nl-BE"/>
              </w:rPr>
            </w:pPr>
            <w:r w:rsidRPr="00FE746D">
              <w:rPr>
                <w:rFonts w:ascii="Georgia" w:hAnsi="Georgia"/>
                <w:b/>
                <w:sz w:val="20"/>
                <w:lang w:val="nl-BE"/>
              </w:rPr>
              <w:t>Hoeveel voorafgaande tijd heb je meestal nodig?</w:t>
            </w:r>
          </w:p>
        </w:tc>
      </w:tr>
    </w:tbl>
    <w:p w14:paraId="36BE079C" w14:textId="77777777" w:rsidR="00FE68B6" w:rsidRDefault="00FE68B6">
      <w:pPr>
        <w:spacing w:after="20"/>
      </w:pPr>
    </w:p>
    <w:tbl>
      <w:tblPr>
        <w:tblW w:w="10271" w:type="dxa"/>
        <w:jc w:val="center"/>
        <w:tblLayout w:type="fixed"/>
        <w:tblLook w:val="04A0" w:firstRow="1" w:lastRow="0" w:firstColumn="1" w:lastColumn="0" w:noHBand="0" w:noVBand="1"/>
      </w:tblPr>
      <w:tblGrid>
        <w:gridCol w:w="1962"/>
        <w:gridCol w:w="8309"/>
      </w:tblGrid>
      <w:tr w:rsidR="00FE68B6" w14:paraId="4E4D6B94" w14:textId="77777777" w:rsidTr="00CC5FE9">
        <w:trPr>
          <w:cantSplit/>
          <w:trHeight w:val="357"/>
          <w:jc w:val="center"/>
        </w:trPr>
        <w:tc>
          <w:tcPr>
            <w:tcW w:w="1962" w:type="dxa"/>
            <w:tcBorders>
              <w:top w:val="nil"/>
              <w:left w:val="nil"/>
              <w:bottom w:val="nil"/>
              <w:right w:val="nil"/>
            </w:tcBorders>
            <w:shd w:val="clear" w:color="auto" w:fill="F05A00"/>
            <w:tcMar>
              <w:top w:w="115" w:type="dxa"/>
              <w:left w:w="80" w:type="dxa"/>
              <w:bottom w:w="115" w:type="dxa"/>
              <w:right w:w="80" w:type="dxa"/>
            </w:tcMar>
            <w:vAlign w:val="center"/>
          </w:tcPr>
          <w:p w14:paraId="3336B10E" w14:textId="77777777" w:rsidR="00FE68B6" w:rsidRDefault="000B0006">
            <w:pPr>
              <w:jc w:val="center"/>
            </w:pPr>
            <w:r>
              <w:rPr>
                <w:rFonts w:ascii="Georgia" w:hAnsi="Georgia"/>
                <w:b/>
                <w:color w:val="FFFFFF"/>
                <w:sz w:val="30"/>
              </w:rPr>
              <w:t>4</w:t>
            </w:r>
          </w:p>
        </w:tc>
        <w:tc>
          <w:tcPr>
            <w:tcW w:w="8309" w:type="dxa"/>
            <w:tcBorders>
              <w:top w:val="nil"/>
              <w:left w:val="nil"/>
              <w:bottom w:val="nil"/>
              <w:right w:val="nil"/>
            </w:tcBorders>
            <w:shd w:val="clear" w:color="auto" w:fill="17324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54334791" w14:textId="77777777" w:rsidR="00FE68B6" w:rsidRDefault="000B0006">
            <w:r>
              <w:rPr>
                <w:rFonts w:ascii="Georgia" w:hAnsi="Georgia"/>
                <w:b/>
                <w:color w:val="FFFFFF"/>
                <w:sz w:val="28"/>
              </w:rPr>
              <w:t>ERVARING EN VOORKEUREN</w:t>
            </w:r>
          </w:p>
        </w:tc>
      </w:tr>
    </w:tbl>
    <w:p w14:paraId="0B24E7CF" w14:textId="77777777" w:rsidR="00FE68B6" w:rsidRDefault="00FE68B6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FE68B6" w14:paraId="669D7514" w14:textId="77777777">
        <w:trPr>
          <w:cantSplit/>
          <w:jc w:val="center"/>
        </w:trPr>
        <w:tc>
          <w:tcPr>
            <w:tcW w:w="4932" w:type="dxa"/>
            <w:tcBorders>
              <w:top w:val="nil"/>
              <w:left w:val="nil"/>
              <w:bottom w:val="single" w:sz="6" w:space="0" w:color="D8CDBB"/>
              <w:right w:val="nil"/>
            </w:tcBorders>
            <w:tcMar>
              <w:top w:w="60" w:type="dxa"/>
              <w:left w:w="110" w:type="dxa"/>
              <w:bottom w:w="90" w:type="dxa"/>
              <w:right w:w="110" w:type="dxa"/>
            </w:tcMar>
          </w:tcPr>
          <w:p w14:paraId="21DD97EA" w14:textId="77777777" w:rsidR="00FE68B6" w:rsidRDefault="000B0006">
            <w:r>
              <w:rPr>
                <w:rFonts w:ascii="Georgia" w:hAnsi="Georgia"/>
                <w:b/>
                <w:sz w:val="20"/>
              </w:rPr>
              <w:t>Ervaring met honden</w:t>
            </w:r>
          </w:p>
          <w:p w14:paraId="4D19A9D3" w14:textId="18D84BFC" w:rsidR="00FE68B6" w:rsidRDefault="00B557A5">
            <w:pPr>
              <w:spacing w:after="20"/>
            </w:pPr>
            <w:sdt>
              <w:sdtPr>
                <w:alias w:val="ERVARING"/>
                <w:tag w:val="ERVARING"/>
                <w:id w:val="-1855415610"/>
                <w:showingPlcHdr/>
                <w:text/>
              </w:sdtPr>
              <w:sdtEndPr/>
              <w:sdtContent>
                <w:r w:rsidR="00FE746D">
                  <w:t xml:space="preserve">     </w:t>
                </w:r>
              </w:sdtContent>
            </w:sdt>
          </w:p>
        </w:tc>
        <w:tc>
          <w:tcPr>
            <w:tcW w:w="4932" w:type="dxa"/>
            <w:tcBorders>
              <w:top w:val="nil"/>
              <w:left w:val="nil"/>
              <w:bottom w:val="single" w:sz="6" w:space="0" w:color="D8CDBB"/>
              <w:right w:val="nil"/>
            </w:tcBorders>
            <w:tcMar>
              <w:top w:w="60" w:type="dxa"/>
              <w:left w:w="110" w:type="dxa"/>
              <w:bottom w:w="90" w:type="dxa"/>
              <w:right w:w="110" w:type="dxa"/>
            </w:tcMar>
          </w:tcPr>
          <w:p w14:paraId="6C94D7DF" w14:textId="77777777" w:rsidR="00FE68B6" w:rsidRDefault="000B0006">
            <w:r>
              <w:rPr>
                <w:rFonts w:ascii="Georgia" w:hAnsi="Georgia"/>
                <w:b/>
                <w:sz w:val="20"/>
              </w:rPr>
              <w:t>Medicatie toedienen</w:t>
            </w:r>
          </w:p>
          <w:p w14:paraId="252A6626" w14:textId="225B3D8A" w:rsidR="00FE68B6" w:rsidRDefault="00B557A5">
            <w:pPr>
              <w:spacing w:after="20"/>
            </w:pPr>
            <w:sdt>
              <w:sdtPr>
                <w:alias w:val="MEDICATIE"/>
                <w:tag w:val="MEDICATIE"/>
                <w:id w:val="-287743443"/>
                <w:showingPlcHdr/>
                <w:text/>
              </w:sdtPr>
              <w:sdtEndPr/>
              <w:sdtContent>
                <w:r w:rsidR="00FE746D">
                  <w:t xml:space="preserve">     </w:t>
                </w:r>
              </w:sdtContent>
            </w:sdt>
          </w:p>
        </w:tc>
      </w:tr>
      <w:tr w:rsidR="00FE68B6" w14:paraId="6A4ED46A" w14:textId="77777777">
        <w:trPr>
          <w:cantSplit/>
          <w:jc w:val="center"/>
        </w:trPr>
        <w:tc>
          <w:tcPr>
            <w:tcW w:w="4932" w:type="dxa"/>
            <w:tcBorders>
              <w:top w:val="nil"/>
              <w:left w:val="nil"/>
              <w:bottom w:val="single" w:sz="6" w:space="0" w:color="D8CDBB"/>
              <w:right w:val="nil"/>
            </w:tcBorders>
            <w:tcMar>
              <w:top w:w="60" w:type="dxa"/>
              <w:left w:w="110" w:type="dxa"/>
              <w:bottom w:w="90" w:type="dxa"/>
              <w:right w:w="110" w:type="dxa"/>
            </w:tcMar>
          </w:tcPr>
          <w:p w14:paraId="41A15FB9" w14:textId="77777777" w:rsidR="00FE68B6" w:rsidRDefault="000B0006">
            <w:r>
              <w:rPr>
                <w:rFonts w:ascii="Georgia" w:hAnsi="Georgia"/>
                <w:b/>
                <w:sz w:val="20"/>
              </w:rPr>
              <w:t>Voorkeur grootte hond</w:t>
            </w:r>
          </w:p>
          <w:p w14:paraId="66E225C7" w14:textId="47E55FD6" w:rsidR="00FE68B6" w:rsidRDefault="00B557A5">
            <w:pPr>
              <w:spacing w:after="20"/>
            </w:pPr>
            <w:sdt>
              <w:sdtPr>
                <w:alias w:val="GROOTTE"/>
                <w:tag w:val="GROOTTE"/>
                <w:id w:val="-1066950094"/>
                <w:showingPlcHdr/>
                <w:text/>
              </w:sdtPr>
              <w:sdtEndPr/>
              <w:sdtContent>
                <w:r w:rsidR="00FE746D">
                  <w:t xml:space="preserve">     </w:t>
                </w:r>
              </w:sdtContent>
            </w:sdt>
          </w:p>
        </w:tc>
        <w:tc>
          <w:tcPr>
            <w:tcW w:w="4932" w:type="dxa"/>
            <w:tcBorders>
              <w:top w:val="nil"/>
              <w:left w:val="nil"/>
              <w:bottom w:val="single" w:sz="6" w:space="0" w:color="D8CDBB"/>
              <w:right w:val="nil"/>
            </w:tcBorders>
            <w:tcMar>
              <w:top w:w="60" w:type="dxa"/>
              <w:left w:w="110" w:type="dxa"/>
              <w:bottom w:w="90" w:type="dxa"/>
              <w:right w:w="110" w:type="dxa"/>
            </w:tcMar>
          </w:tcPr>
          <w:p w14:paraId="0CD040E0" w14:textId="77777777" w:rsidR="00FE68B6" w:rsidRDefault="000B0006">
            <w:r>
              <w:rPr>
                <w:rFonts w:ascii="Georgia" w:hAnsi="Georgia"/>
                <w:b/>
                <w:sz w:val="20"/>
              </w:rPr>
              <w:t>Voorkeur energieniveau</w:t>
            </w:r>
          </w:p>
          <w:p w14:paraId="2C559556" w14:textId="52B902F8" w:rsidR="00FE68B6" w:rsidRDefault="00B557A5">
            <w:pPr>
              <w:spacing w:after="20"/>
            </w:pPr>
            <w:sdt>
              <w:sdtPr>
                <w:alias w:val="ENERGIENIVEAU"/>
                <w:tag w:val="ENERGIENIVEAU"/>
                <w:id w:val="-1285414095"/>
                <w:showingPlcHdr/>
                <w:text/>
              </w:sdtPr>
              <w:sdtEndPr/>
              <w:sdtContent>
                <w:r w:rsidR="00FE746D">
                  <w:t xml:space="preserve">     </w:t>
                </w:r>
              </w:sdtContent>
            </w:sdt>
          </w:p>
        </w:tc>
      </w:tr>
    </w:tbl>
    <w:p w14:paraId="6D37CDFB" w14:textId="77777777" w:rsidR="00FE68B6" w:rsidRDefault="00FE68B6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5"/>
      </w:tblGrid>
      <w:tr w:rsidR="00FE68B6" w:rsidRPr="00CC5FE9" w14:paraId="7F354383" w14:textId="77777777">
        <w:trPr>
          <w:cantSplit/>
          <w:jc w:val="center"/>
        </w:trPr>
        <w:tc>
          <w:tcPr>
            <w:tcW w:w="9865" w:type="dxa"/>
            <w:tcBorders>
              <w:top w:val="single" w:sz="5" w:space="0" w:color="D8CDBB"/>
              <w:left w:val="single" w:sz="5" w:space="0" w:color="D8CDBB"/>
              <w:bottom w:val="single" w:sz="5" w:space="0" w:color="D8CDBB"/>
              <w:right w:val="single" w:sz="5" w:space="0" w:color="D8CDBB"/>
            </w:tcBorders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10E61078" w14:textId="77777777" w:rsidR="00FE68B6" w:rsidRPr="00FE746D" w:rsidRDefault="000B0006">
            <w:pPr>
              <w:spacing w:after="120"/>
              <w:rPr>
                <w:lang w:val="nl-BE"/>
              </w:rPr>
            </w:pPr>
            <w:r w:rsidRPr="00FE746D">
              <w:rPr>
                <w:rFonts w:ascii="Georgia" w:hAnsi="Georgia"/>
                <w:b/>
                <w:sz w:val="20"/>
                <w:lang w:val="nl-BE"/>
              </w:rPr>
              <w:t>Met welke honden of situaties voel je je comfortabel?</w:t>
            </w:r>
          </w:p>
          <w:p w14:paraId="14258A3F" w14:textId="187F5A46" w:rsidR="00FE746D" w:rsidRPr="00CC5FE9" w:rsidRDefault="00FE746D">
            <w:pPr>
              <w:rPr>
                <w:lang w:val="nl-BE"/>
              </w:rPr>
            </w:pPr>
          </w:p>
        </w:tc>
      </w:tr>
    </w:tbl>
    <w:p w14:paraId="396BF45F" w14:textId="77777777" w:rsidR="00FE68B6" w:rsidRPr="00CC5FE9" w:rsidRDefault="00FE68B6">
      <w:pPr>
        <w:spacing w:after="20"/>
        <w:rPr>
          <w:lang w:val="nl-B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5"/>
      </w:tblGrid>
      <w:tr w:rsidR="00FE68B6" w:rsidRPr="00CC5FE9" w14:paraId="72683665" w14:textId="77777777">
        <w:trPr>
          <w:cantSplit/>
          <w:jc w:val="center"/>
        </w:trPr>
        <w:tc>
          <w:tcPr>
            <w:tcW w:w="9865" w:type="dxa"/>
            <w:tcBorders>
              <w:top w:val="single" w:sz="5" w:space="0" w:color="D8CDBB"/>
              <w:left w:val="single" w:sz="5" w:space="0" w:color="D8CDBB"/>
              <w:bottom w:val="single" w:sz="5" w:space="0" w:color="D8CDBB"/>
              <w:right w:val="single" w:sz="5" w:space="0" w:color="D8CDBB"/>
            </w:tcBorders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7D8ABD0B" w14:textId="77777777" w:rsidR="00FE68B6" w:rsidRPr="00FE746D" w:rsidRDefault="000B0006">
            <w:pPr>
              <w:spacing w:after="120"/>
              <w:rPr>
                <w:lang w:val="nl-BE"/>
              </w:rPr>
            </w:pPr>
            <w:r w:rsidRPr="00FE746D">
              <w:rPr>
                <w:rFonts w:ascii="Georgia" w:hAnsi="Georgia"/>
                <w:b/>
                <w:sz w:val="20"/>
                <w:lang w:val="nl-BE"/>
              </w:rPr>
              <w:t>Welke honden, gedragingen of situaties wil je niet opvangen?</w:t>
            </w:r>
          </w:p>
          <w:p w14:paraId="206233C1" w14:textId="68B6F6AF" w:rsidR="00FE746D" w:rsidRPr="00CC5FE9" w:rsidRDefault="00FE746D">
            <w:pPr>
              <w:rPr>
                <w:lang w:val="nl-BE"/>
              </w:rPr>
            </w:pPr>
          </w:p>
        </w:tc>
      </w:tr>
    </w:tbl>
    <w:p w14:paraId="22FBC53E" w14:textId="77777777" w:rsidR="00FE68B6" w:rsidRPr="00CC5FE9" w:rsidRDefault="00FE68B6">
      <w:pPr>
        <w:spacing w:after="20"/>
        <w:rPr>
          <w:lang w:val="nl-B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28"/>
        <w:gridCol w:w="8164"/>
      </w:tblGrid>
      <w:tr w:rsidR="00FE68B6" w14:paraId="1A1A7DBA" w14:textId="77777777">
        <w:trPr>
          <w:cantSplit/>
          <w:jc w:val="center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F05A00"/>
            <w:tcMar>
              <w:top w:w="115" w:type="dxa"/>
              <w:left w:w="80" w:type="dxa"/>
              <w:bottom w:w="115" w:type="dxa"/>
              <w:right w:w="80" w:type="dxa"/>
            </w:tcMar>
            <w:vAlign w:val="center"/>
          </w:tcPr>
          <w:p w14:paraId="2FCA9B70" w14:textId="77777777" w:rsidR="00FE68B6" w:rsidRDefault="000B0006">
            <w:pPr>
              <w:jc w:val="center"/>
            </w:pPr>
            <w:r>
              <w:rPr>
                <w:rFonts w:ascii="Georgia" w:hAnsi="Georgia"/>
                <w:b/>
                <w:color w:val="FFFFFF"/>
                <w:sz w:val="30"/>
              </w:rPr>
              <w:t>5</w:t>
            </w:r>
          </w:p>
        </w:tc>
        <w:tc>
          <w:tcPr>
            <w:tcW w:w="8164" w:type="dxa"/>
            <w:tcBorders>
              <w:top w:val="nil"/>
              <w:left w:val="nil"/>
              <w:bottom w:val="nil"/>
              <w:right w:val="nil"/>
            </w:tcBorders>
            <w:shd w:val="clear" w:color="auto" w:fill="173247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14:paraId="0AB9EF35" w14:textId="77777777" w:rsidR="00FE68B6" w:rsidRDefault="000B0006">
            <w:r>
              <w:rPr>
                <w:rFonts w:ascii="Georgia" w:hAnsi="Georgia"/>
                <w:b/>
                <w:color w:val="FFFFFF"/>
                <w:sz w:val="28"/>
              </w:rPr>
              <w:t>PRAKTISCHE MOGELIJKHEDEN</w:t>
            </w:r>
          </w:p>
        </w:tc>
      </w:tr>
    </w:tbl>
    <w:p w14:paraId="05560843" w14:textId="77777777" w:rsidR="00FE68B6" w:rsidRDefault="00FE68B6">
      <w:pPr>
        <w:spacing w:after="4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2"/>
        <w:gridCol w:w="4932"/>
      </w:tblGrid>
      <w:tr w:rsidR="00FE68B6" w:rsidRPr="00CC5FE9" w14:paraId="053F98E4" w14:textId="77777777">
        <w:trPr>
          <w:cantSplit/>
          <w:jc w:val="center"/>
        </w:trPr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5087B4F3" w14:textId="77777777" w:rsidR="00FE68B6" w:rsidRDefault="000B0006">
            <w:r>
              <w:rPr>
                <w:sz w:val="23"/>
              </w:rPr>
              <w:t xml:space="preserve">☐  </w:t>
            </w:r>
            <w:r>
              <w:rPr>
                <w:sz w:val="19"/>
              </w:rPr>
              <w:t>Dagelijkse wandelingen zijn mogelijk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0135BA7A" w14:textId="77777777" w:rsidR="00FE68B6" w:rsidRPr="00FE746D" w:rsidRDefault="000B0006">
            <w:pPr>
              <w:rPr>
                <w:lang w:val="nl-BE"/>
              </w:rPr>
            </w:pPr>
            <w:r w:rsidRPr="00FE746D">
              <w:rPr>
                <w:sz w:val="23"/>
                <w:lang w:val="nl-BE"/>
              </w:rPr>
              <w:t xml:space="preserve">☐  </w:t>
            </w:r>
            <w:r w:rsidRPr="00FE746D">
              <w:rPr>
                <w:sz w:val="19"/>
                <w:lang w:val="nl-BE"/>
              </w:rPr>
              <w:t>De hond kan binnen verblijven</w:t>
            </w:r>
          </w:p>
        </w:tc>
      </w:tr>
      <w:tr w:rsidR="00FE68B6" w:rsidRPr="00CC5FE9" w14:paraId="702DCCD9" w14:textId="77777777">
        <w:trPr>
          <w:cantSplit/>
          <w:jc w:val="center"/>
        </w:trPr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73D909A4" w14:textId="77777777" w:rsidR="00FE68B6" w:rsidRPr="00FE746D" w:rsidRDefault="000B0006">
            <w:pPr>
              <w:rPr>
                <w:lang w:val="nl-BE"/>
              </w:rPr>
            </w:pPr>
            <w:r w:rsidRPr="00FE746D">
              <w:rPr>
                <w:sz w:val="23"/>
                <w:lang w:val="nl-BE"/>
              </w:rPr>
              <w:t xml:space="preserve">☐  </w:t>
            </w:r>
            <w:r w:rsidRPr="00FE746D">
              <w:rPr>
                <w:sz w:val="19"/>
                <w:lang w:val="nl-BE"/>
              </w:rPr>
              <w:t>Eigen dieren en opvanghond kunnen indien nodig gescheiden worden</w:t>
            </w:r>
          </w:p>
        </w:tc>
        <w:tc>
          <w:tcPr>
            <w:tcW w:w="4932" w:type="dxa"/>
            <w:tcBorders>
              <w:top w:val="nil"/>
              <w:left w:val="nil"/>
              <w:bottom w:val="nil"/>
              <w:right w:val="nil"/>
            </w:tcBorders>
            <w:tcMar>
              <w:top w:w="55" w:type="dxa"/>
              <w:left w:w="90" w:type="dxa"/>
              <w:bottom w:w="55" w:type="dxa"/>
              <w:right w:w="90" w:type="dxa"/>
            </w:tcMar>
          </w:tcPr>
          <w:p w14:paraId="6853C15C" w14:textId="77777777" w:rsidR="00FE68B6" w:rsidRPr="00FE746D" w:rsidRDefault="000B0006">
            <w:pPr>
              <w:rPr>
                <w:lang w:val="nl-BE"/>
              </w:rPr>
            </w:pPr>
            <w:r w:rsidRPr="00FE746D">
              <w:rPr>
                <w:sz w:val="23"/>
                <w:lang w:val="nl-BE"/>
              </w:rPr>
              <w:t xml:space="preserve">☐  </w:t>
            </w:r>
            <w:r w:rsidRPr="00FE746D">
              <w:rPr>
                <w:sz w:val="19"/>
                <w:lang w:val="nl-BE"/>
              </w:rPr>
              <w:t>Ik beschik over vervoer voor de hond indien nodig</w:t>
            </w:r>
          </w:p>
        </w:tc>
      </w:tr>
    </w:tbl>
    <w:p w14:paraId="28188649" w14:textId="77777777" w:rsidR="00FE68B6" w:rsidRPr="00FE746D" w:rsidRDefault="00FE68B6">
      <w:pPr>
        <w:spacing w:after="20"/>
        <w:rPr>
          <w:lang w:val="nl-B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5"/>
      </w:tblGrid>
      <w:tr w:rsidR="00FE68B6" w:rsidRPr="00CC5FE9" w14:paraId="66300779" w14:textId="77777777">
        <w:trPr>
          <w:cantSplit/>
          <w:jc w:val="center"/>
        </w:trPr>
        <w:tc>
          <w:tcPr>
            <w:tcW w:w="9865" w:type="dxa"/>
            <w:tcBorders>
              <w:top w:val="single" w:sz="5" w:space="0" w:color="D8CDBB"/>
              <w:left w:val="single" w:sz="5" w:space="0" w:color="D8CDBB"/>
              <w:bottom w:val="single" w:sz="5" w:space="0" w:color="D8CDBB"/>
              <w:right w:val="single" w:sz="5" w:space="0" w:color="D8CDBB"/>
            </w:tcBorders>
            <w:shd w:val="clear" w:color="auto" w:fill="FFFFFF"/>
            <w:tcMar>
              <w:top w:w="110" w:type="dxa"/>
              <w:left w:w="120" w:type="dxa"/>
              <w:bottom w:w="110" w:type="dxa"/>
              <w:right w:w="120" w:type="dxa"/>
            </w:tcMar>
          </w:tcPr>
          <w:p w14:paraId="4FE47643" w14:textId="77777777" w:rsidR="00FE68B6" w:rsidRPr="00FE746D" w:rsidRDefault="000B0006">
            <w:pPr>
              <w:spacing w:after="120"/>
              <w:rPr>
                <w:lang w:val="nl-BE"/>
              </w:rPr>
            </w:pPr>
            <w:r w:rsidRPr="00FE746D">
              <w:rPr>
                <w:rFonts w:ascii="Georgia" w:hAnsi="Georgia"/>
                <w:b/>
                <w:sz w:val="20"/>
                <w:lang w:val="nl-BE"/>
              </w:rPr>
              <w:t>Hoe ziet een normale dag bij jullie thuis eruit?</w:t>
            </w:r>
          </w:p>
          <w:p w14:paraId="0B26AFB9" w14:textId="40006FDB" w:rsidR="00FE68B6" w:rsidRPr="00CC5FE9" w:rsidRDefault="00FE68B6">
            <w:pPr>
              <w:rPr>
                <w:lang w:val="nl-BE"/>
              </w:rPr>
            </w:pPr>
          </w:p>
        </w:tc>
      </w:tr>
    </w:tbl>
    <w:p w14:paraId="101ADDA5" w14:textId="77777777" w:rsidR="00FE68B6" w:rsidRPr="00CC5FE9" w:rsidRDefault="00FE68B6">
      <w:pPr>
        <w:spacing w:after="20"/>
        <w:rPr>
          <w:lang w:val="nl-BE"/>
        </w:rPr>
      </w:pPr>
    </w:p>
    <w:p w14:paraId="71B5ABED" w14:textId="77777777" w:rsidR="00FE68B6" w:rsidRPr="00FE746D" w:rsidRDefault="000B0006">
      <w:pPr>
        <w:spacing w:after="120"/>
        <w:rPr>
          <w:lang w:val="nl-BE"/>
        </w:rPr>
      </w:pPr>
      <w:r w:rsidRPr="00FE746D">
        <w:rPr>
          <w:sz w:val="24"/>
          <w:lang w:val="nl-BE"/>
        </w:rPr>
        <w:t xml:space="preserve">☐  </w:t>
      </w:r>
      <w:r w:rsidRPr="00FE746D">
        <w:rPr>
          <w:sz w:val="19"/>
          <w:lang w:val="nl-BE"/>
        </w:rPr>
        <w:t>Ik begrijp dat een plaatsing pas gebeurt na intake, duidelijke afspraken en een passende match tussen hond en gastgezin.</w:t>
      </w:r>
    </w:p>
    <w:p w14:paraId="61918AA6" w14:textId="77777777" w:rsidR="00FE68B6" w:rsidRDefault="000B0006">
      <w:pPr>
        <w:spacing w:after="120"/>
        <w:rPr>
          <w:sz w:val="19"/>
          <w:lang w:val="nl-BE"/>
        </w:rPr>
      </w:pPr>
      <w:r w:rsidRPr="00FE746D">
        <w:rPr>
          <w:sz w:val="24"/>
          <w:lang w:val="nl-BE"/>
        </w:rPr>
        <w:t xml:space="preserve">☐  </w:t>
      </w:r>
      <w:r w:rsidRPr="00FE746D">
        <w:rPr>
          <w:sz w:val="19"/>
          <w:lang w:val="nl-BE"/>
        </w:rPr>
        <w:t>Ik bevestig dat de ingevulde gegevens correct zijn en dat Pet-4-Rent contact mag opnemen voor verdere screening en begeleiding.</w:t>
      </w:r>
    </w:p>
    <w:p w14:paraId="194355C2" w14:textId="77777777" w:rsidR="00FE746D" w:rsidRPr="00FE746D" w:rsidRDefault="00FE746D">
      <w:pPr>
        <w:spacing w:after="120"/>
        <w:rPr>
          <w:lang w:val="nl-BE"/>
        </w:rPr>
      </w:pPr>
    </w:p>
    <w:p w14:paraId="598A552D" w14:textId="77777777" w:rsidR="00FE68B6" w:rsidRPr="00FE746D" w:rsidRDefault="00FE68B6">
      <w:pPr>
        <w:spacing w:after="20"/>
        <w:rPr>
          <w:lang w:val="nl-BE"/>
        </w:rPr>
      </w:pPr>
    </w:p>
    <w:sectPr w:rsidR="00FE68B6" w:rsidRPr="00FE746D" w:rsidSect="00034616">
      <w:footerReference w:type="default" r:id="rId9"/>
      <w:pgSz w:w="11906" w:h="16838"/>
      <w:pgMar w:top="680" w:right="850" w:bottom="737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28298" w14:textId="77777777" w:rsidR="00B557A5" w:rsidRDefault="00B557A5">
      <w:pPr>
        <w:spacing w:after="0" w:line="240" w:lineRule="auto"/>
      </w:pPr>
      <w:r>
        <w:separator/>
      </w:r>
    </w:p>
  </w:endnote>
  <w:endnote w:type="continuationSeparator" w:id="0">
    <w:p w14:paraId="7AC061EE" w14:textId="77777777" w:rsidR="00B557A5" w:rsidRDefault="00B557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8547E" w14:textId="77777777" w:rsidR="00FE68B6" w:rsidRDefault="000B0006">
    <w:pPr>
      <w:pStyle w:val="Voettekst"/>
      <w:jc w:val="center"/>
    </w:pPr>
    <w:r>
      <w:rPr>
        <w:color w:val="6D7880"/>
        <w:sz w:val="17"/>
      </w:rPr>
      <w:t>www.pet-4-rent.be   •   info@pet-4-rent.be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8FF74" w14:textId="77777777" w:rsidR="00B557A5" w:rsidRDefault="00B557A5">
      <w:pPr>
        <w:spacing w:after="0" w:line="240" w:lineRule="auto"/>
      </w:pPr>
      <w:r>
        <w:separator/>
      </w:r>
    </w:p>
  </w:footnote>
  <w:footnote w:type="continuationSeparator" w:id="0">
    <w:p w14:paraId="2CD3AE17" w14:textId="77777777" w:rsidR="00B557A5" w:rsidRDefault="00B557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18657158">
    <w:abstractNumId w:val="8"/>
  </w:num>
  <w:num w:numId="2" w16cid:durableId="30809572">
    <w:abstractNumId w:val="6"/>
  </w:num>
  <w:num w:numId="3" w16cid:durableId="31803921">
    <w:abstractNumId w:val="5"/>
  </w:num>
  <w:num w:numId="4" w16cid:durableId="1259829586">
    <w:abstractNumId w:val="4"/>
  </w:num>
  <w:num w:numId="5" w16cid:durableId="1498181313">
    <w:abstractNumId w:val="7"/>
  </w:num>
  <w:num w:numId="6" w16cid:durableId="804010086">
    <w:abstractNumId w:val="3"/>
  </w:num>
  <w:num w:numId="7" w16cid:durableId="1150174385">
    <w:abstractNumId w:val="2"/>
  </w:num>
  <w:num w:numId="8" w16cid:durableId="1345748613">
    <w:abstractNumId w:val="1"/>
  </w:num>
  <w:num w:numId="9" w16cid:durableId="66348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0006"/>
    <w:rsid w:val="000D2264"/>
    <w:rsid w:val="0015074B"/>
    <w:rsid w:val="001C03CA"/>
    <w:rsid w:val="0029639D"/>
    <w:rsid w:val="00326F90"/>
    <w:rsid w:val="007B0D0F"/>
    <w:rsid w:val="00AA1D8D"/>
    <w:rsid w:val="00B47730"/>
    <w:rsid w:val="00B557A5"/>
    <w:rsid w:val="00CB0664"/>
    <w:rsid w:val="00CC5FE9"/>
    <w:rsid w:val="00FC693F"/>
    <w:rsid w:val="00FE68B6"/>
    <w:rsid w:val="00FE7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333F0B1"/>
  <w14:defaultImageDpi w14:val="300"/>
  <w15:docId w15:val="{DC200651-CA8B-4C5F-A64B-7FC5BAD79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Aptos" w:hAnsi="Aptos"/>
      <w:color w:val="173247"/>
      <w:sz w:val="21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46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Mike Hagens</cp:lastModifiedBy>
  <cp:revision>2</cp:revision>
  <dcterms:created xsi:type="dcterms:W3CDTF">2026-08-17T08:25:00Z</dcterms:created>
  <dcterms:modified xsi:type="dcterms:W3CDTF">2026-08-17T08:25:00Z</dcterms:modified>
  <cp:category/>
</cp:coreProperties>
</file>