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6690"/>
      </w:tblGrid>
      <w:tr w:rsidR="00CD32D2" w:rsidRPr="00D6037E" w14:paraId="26E367B6" w14:textId="77777777">
        <w:trPr>
          <w:jc w:val="center"/>
        </w:trPr>
        <w:tc>
          <w:tcPr>
            <w:tcW w:w="3572" w:type="dxa"/>
          </w:tcPr>
          <w:p w14:paraId="355D541C" w14:textId="77777777" w:rsidR="00CD32D2" w:rsidRDefault="008F67B7">
            <w:r>
              <w:rPr>
                <w:noProof/>
              </w:rPr>
              <w:drawing>
                <wp:inline distT="0" distB="0" distL="0" distR="0" wp14:anchorId="1B650360" wp14:editId="0D3F378B">
                  <wp:extent cx="1512000" cy="52338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52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0" w:type="dxa"/>
          </w:tcPr>
          <w:p w14:paraId="58708824" w14:textId="77777777" w:rsidR="00CD32D2" w:rsidRPr="003A480E" w:rsidRDefault="008F67B7">
            <w:pPr>
              <w:jc w:val="right"/>
              <w:rPr>
                <w:lang w:val="nl-BE"/>
              </w:rPr>
            </w:pPr>
            <w:r w:rsidRPr="003A480E">
              <w:rPr>
                <w:rFonts w:ascii="Aptos Display" w:hAnsi="Aptos Display"/>
                <w:b/>
                <w:color w:val="173B53"/>
                <w:sz w:val="46"/>
                <w:lang w:val="nl-BE"/>
              </w:rPr>
              <w:t>TOETREDINGSFORMULIER</w:t>
            </w:r>
          </w:p>
          <w:p w14:paraId="7023C257" w14:textId="77777777" w:rsidR="00CD32D2" w:rsidRPr="003A480E" w:rsidRDefault="008F67B7">
            <w:pPr>
              <w:jc w:val="right"/>
              <w:rPr>
                <w:lang w:val="nl-BE"/>
              </w:rPr>
            </w:pPr>
            <w:r w:rsidRPr="003A480E">
              <w:rPr>
                <w:rFonts w:ascii="Georgia" w:hAnsi="Georgia"/>
                <w:i/>
                <w:color w:val="6D7A43"/>
                <w:sz w:val="21"/>
                <w:lang w:val="nl-BE"/>
              </w:rPr>
              <w:t>Word deel van onze roedel</w:t>
            </w:r>
          </w:p>
        </w:tc>
      </w:tr>
    </w:tbl>
    <w:p w14:paraId="7D0E7E5D" w14:textId="77777777" w:rsidR="00CD32D2" w:rsidRPr="003A480E" w:rsidRDefault="008F67B7">
      <w:pPr>
        <w:spacing w:after="160"/>
        <w:jc w:val="center"/>
        <w:rPr>
          <w:lang w:val="nl-BE"/>
        </w:rPr>
      </w:pPr>
      <w:r w:rsidRPr="003A480E">
        <w:rPr>
          <w:b/>
          <w:color w:val="EA5B0C"/>
          <w:sz w:val="25"/>
          <w:lang w:val="nl-BE"/>
        </w:rPr>
        <w:t>SAMEN MAKEN WE DE BUURT WARMER.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CD32D2" w:rsidRPr="00D6037E" w14:paraId="5A6C0AC1" w14:textId="77777777">
        <w:trPr>
          <w:jc w:val="center"/>
        </w:trPr>
        <w:tc>
          <w:tcPr>
            <w:tcW w:w="10488" w:type="dxa"/>
            <w:shd w:val="clear" w:color="auto" w:fill="F4F0E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12C067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sz w:val="19"/>
                <w:lang w:val="nl-BE"/>
              </w:rPr>
              <w:t>Welkom bij Pet-4-Rent. Kies hieronder hoe je wilt deelnemen. Een betalend lidmaatschap kan gecombineerd worden met vrijwilligerswerk of andere interesses. Vrijwilligers en gastgezinnen betalen geen bijdrage om zich in te zetten.</w:t>
            </w:r>
          </w:p>
        </w:tc>
      </w:tr>
    </w:tbl>
    <w:p w14:paraId="7DE5780F" w14:textId="77777777" w:rsidR="00CD32D2" w:rsidRPr="003A480E" w:rsidRDefault="00CD32D2">
      <w:pPr>
        <w:spacing w:after="0"/>
        <w:rPr>
          <w:lang w:val="nl-BE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68151ED4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73BD181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1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CE13E04" w14:textId="77777777" w:rsidR="00CD32D2" w:rsidRDefault="008F67B7">
            <w:r>
              <w:rPr>
                <w:b/>
                <w:color w:val="FFFFFF"/>
                <w:sz w:val="26"/>
              </w:rPr>
              <w:t>JOUW GEGEVENS</w:t>
            </w:r>
          </w:p>
        </w:tc>
      </w:tr>
    </w:tbl>
    <w:p w14:paraId="0D4CA321" w14:textId="77777777" w:rsidR="00CD32D2" w:rsidRDefault="00CD32D2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07FF5DF5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01AE2FB" w14:textId="77777777" w:rsidR="00CD32D2" w:rsidRDefault="008F67B7">
            <w:r>
              <w:rPr>
                <w:b/>
                <w:color w:val="173B53"/>
                <w:sz w:val="19"/>
              </w:rPr>
              <w:t>Naam en voornaam</w:t>
            </w:r>
          </w:p>
          <w:p w14:paraId="3282A7A7" w14:textId="691944DD" w:rsidR="00CD32D2" w:rsidRDefault="00F26ABB">
            <w:pPr>
              <w:spacing w:before="40" w:after="0"/>
            </w:pPr>
            <w:sdt>
              <w:sdtPr>
                <w:alias w:val="NAAM"/>
                <w:tag w:val="NAAM"/>
                <w:id w:val="754634142"/>
                <w:showingPlcHdr/>
                <w:text/>
              </w:sdtPr>
              <w:sdtEndPr/>
              <w:sdtContent>
                <w:r w:rsidR="00D6037E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9667DCB" w14:textId="77777777" w:rsidR="00CD32D2" w:rsidRDefault="008F67B7">
            <w:r>
              <w:rPr>
                <w:b/>
                <w:color w:val="173B53"/>
                <w:sz w:val="19"/>
              </w:rPr>
              <w:t>Geboortedatum</w:t>
            </w:r>
          </w:p>
          <w:p w14:paraId="4BF4C391" w14:textId="36CCEBB8" w:rsidR="00CD32D2" w:rsidRDefault="00F26ABB">
            <w:pPr>
              <w:spacing w:before="40" w:after="0"/>
            </w:pPr>
            <w:sdt>
              <w:sdtPr>
                <w:alias w:val="GEBOORTEDATUM"/>
                <w:tag w:val="GEBOORTEDATUM"/>
                <w:id w:val="-1972349227"/>
                <w:showingPlcHdr/>
                <w:text/>
              </w:sdtPr>
              <w:sdtEndPr/>
              <w:sdtContent>
                <w:r w:rsidR="00D6037E">
                  <w:t xml:space="preserve">     </w:t>
                </w:r>
              </w:sdtContent>
            </w:sdt>
          </w:p>
        </w:tc>
      </w:tr>
      <w:tr w:rsidR="00CD32D2" w:rsidRPr="003A480E" w14:paraId="3F322025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6AC43008" w14:textId="77777777" w:rsidR="00CD32D2" w:rsidRDefault="008F67B7">
            <w:r>
              <w:rPr>
                <w:b/>
                <w:color w:val="173B53"/>
                <w:sz w:val="19"/>
              </w:rPr>
              <w:t>Adres</w:t>
            </w:r>
          </w:p>
          <w:p w14:paraId="03738D4F" w14:textId="1C957D85" w:rsidR="00CD32D2" w:rsidRDefault="00F26ABB">
            <w:pPr>
              <w:spacing w:before="40" w:after="0"/>
            </w:pPr>
            <w:sdt>
              <w:sdtPr>
                <w:alias w:val="ADRES"/>
                <w:tag w:val="ADRES"/>
                <w:id w:val="1981185867"/>
                <w:showingPlcHdr/>
                <w:text/>
              </w:sdtPr>
              <w:sdtEndPr/>
              <w:sdtContent>
                <w:r w:rsidR="00D6037E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300C07B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9"/>
                <w:lang w:val="nl-BE"/>
              </w:rPr>
              <w:t>Postcode en gemeente</w:t>
            </w:r>
          </w:p>
          <w:p w14:paraId="4EE4EBAD" w14:textId="5F8E1FAD" w:rsidR="00CD32D2" w:rsidRPr="003A480E" w:rsidRDefault="00F26ABB">
            <w:pPr>
              <w:spacing w:before="40" w:after="0"/>
              <w:rPr>
                <w:lang w:val="nl-BE"/>
              </w:rPr>
            </w:pPr>
            <w:sdt>
              <w:sdtPr>
                <w:rPr>
                  <w:lang w:val="nl-BE"/>
                </w:rPr>
                <w:alias w:val="POSTCODE_GEMEENTE"/>
                <w:tag w:val="POSTCODE_GEMEENTE"/>
                <w:id w:val="-815565777"/>
                <w:showingPlcHdr/>
                <w:text/>
              </w:sdtPr>
              <w:sdtEndPr/>
              <w:sdtContent>
                <w:r w:rsidR="00D6037E">
                  <w:rPr>
                    <w:lang w:val="nl-BE"/>
                  </w:rPr>
                  <w:t xml:space="preserve">     </w:t>
                </w:r>
              </w:sdtContent>
            </w:sdt>
          </w:p>
        </w:tc>
      </w:tr>
      <w:tr w:rsidR="00CD32D2" w14:paraId="07224443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1080330" w14:textId="77777777" w:rsidR="00CD32D2" w:rsidRDefault="008F67B7">
            <w:r>
              <w:rPr>
                <w:b/>
                <w:color w:val="173B53"/>
                <w:sz w:val="19"/>
              </w:rPr>
              <w:t>E-</w:t>
            </w:r>
            <w:proofErr w:type="spellStart"/>
            <w:r>
              <w:rPr>
                <w:b/>
                <w:color w:val="173B53"/>
                <w:sz w:val="19"/>
              </w:rPr>
              <w:t>mailadres</w:t>
            </w:r>
            <w:proofErr w:type="spellEnd"/>
          </w:p>
          <w:p w14:paraId="2B6EF073" w14:textId="4F456929" w:rsidR="00CD32D2" w:rsidRDefault="00F26ABB">
            <w:pPr>
              <w:spacing w:before="40" w:after="0"/>
            </w:pPr>
            <w:sdt>
              <w:sdtPr>
                <w:alias w:val="EMAIL"/>
                <w:tag w:val="EMAIL"/>
                <w:id w:val="-1727288102"/>
                <w:showingPlcHdr/>
                <w:text/>
              </w:sdtPr>
              <w:sdtEndPr/>
              <w:sdtContent>
                <w:r w:rsidR="00D6037E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A0B4577" w14:textId="77777777" w:rsidR="00CD32D2" w:rsidRDefault="008F67B7">
            <w:r>
              <w:rPr>
                <w:b/>
                <w:color w:val="173B53"/>
                <w:sz w:val="19"/>
              </w:rPr>
              <w:t>Telefoonnummer</w:t>
            </w:r>
          </w:p>
          <w:p w14:paraId="7D74DBD4" w14:textId="14B98121" w:rsidR="00CD32D2" w:rsidRDefault="00F26ABB">
            <w:pPr>
              <w:spacing w:before="40" w:after="0"/>
            </w:pPr>
            <w:sdt>
              <w:sdtPr>
                <w:alias w:val="TELEFOON"/>
                <w:tag w:val="TELEFOON"/>
                <w:id w:val="2061814197"/>
                <w:showingPlcHdr/>
                <w:text/>
              </w:sdtPr>
              <w:sdtEndPr/>
              <w:sdtContent>
                <w:r w:rsidR="00D6037E">
                  <w:t xml:space="preserve">     </w:t>
                </w:r>
              </w:sdtContent>
            </w:sdt>
          </w:p>
        </w:tc>
      </w:tr>
    </w:tbl>
    <w:p w14:paraId="48A175B6" w14:textId="77777777" w:rsidR="00CD32D2" w:rsidRDefault="00CD32D2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:rsidRPr="00D6037E" w14:paraId="743BF075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52DA9DF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2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3DAB948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FFFFFF"/>
                <w:sz w:val="26"/>
                <w:lang w:val="nl-BE"/>
              </w:rPr>
              <w:t>KIES JE LIDMAATSCHAP</w:t>
            </w:r>
          </w:p>
          <w:p w14:paraId="2903074D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color w:val="E8EEF2"/>
                <w:sz w:val="17"/>
                <w:lang w:val="nl-BE"/>
              </w:rPr>
              <w:t>Duid één formule aan. De formules zijn toegetreden lidmaatschappen zonder stemrecht.</w:t>
            </w:r>
          </w:p>
        </w:tc>
      </w:tr>
    </w:tbl>
    <w:p w14:paraId="3A84B064" w14:textId="77777777" w:rsidR="00CD32D2" w:rsidRPr="003A480E" w:rsidRDefault="00CD32D2">
      <w:pPr>
        <w:spacing w:after="0"/>
        <w:rPr>
          <w:lang w:val="nl-BE"/>
        </w:rPr>
      </w:pPr>
    </w:p>
    <w:tbl>
      <w:tblPr>
        <w:tblW w:w="11740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2410"/>
        <w:gridCol w:w="8054"/>
      </w:tblGrid>
      <w:tr w:rsidR="00CD32D2" w14:paraId="56628B82" w14:textId="77777777" w:rsidTr="00C85865">
        <w:trPr>
          <w:trHeight w:val="284"/>
          <w:jc w:val="center"/>
        </w:trPr>
        <w:tc>
          <w:tcPr>
            <w:tcW w:w="1276" w:type="dxa"/>
            <w:tcBorders>
              <w:bottom w:val="single" w:sz="4" w:space="0" w:color="E7E1D6"/>
            </w:tcBorders>
            <w:shd w:val="clear" w:color="auto" w:fill="173B5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6FB7C9" w14:textId="7AA6130A" w:rsidR="00CD32D2" w:rsidRPr="00D6037E" w:rsidRDefault="008F67B7" w:rsidP="00D6037E">
            <w:pPr>
              <w:tabs>
                <w:tab w:val="left" w:pos="1656"/>
              </w:tabs>
              <w:jc w:val="center"/>
              <w:rPr>
                <w:color w:val="FFFFFF" w:themeColor="background1"/>
              </w:rPr>
            </w:pPr>
            <w:proofErr w:type="spellStart"/>
            <w:r w:rsidRPr="00D6037E">
              <w:rPr>
                <w:b/>
                <w:color w:val="FFFFFF" w:themeColor="background1"/>
                <w:sz w:val="18"/>
              </w:rPr>
              <w:t>Keuze</w:t>
            </w:r>
            <w:proofErr w:type="spellEnd"/>
          </w:p>
        </w:tc>
        <w:tc>
          <w:tcPr>
            <w:tcW w:w="2410" w:type="dxa"/>
            <w:tcBorders>
              <w:bottom w:val="single" w:sz="4" w:space="0" w:color="E7E1D6"/>
            </w:tcBorders>
            <w:shd w:val="clear" w:color="auto" w:fill="173B5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EA4A20" w14:textId="77777777" w:rsidR="00CD32D2" w:rsidRDefault="008F67B7">
            <w:r>
              <w:rPr>
                <w:b/>
                <w:color w:val="FFFFFF"/>
                <w:sz w:val="18"/>
              </w:rPr>
              <w:t>Formule</w:t>
            </w:r>
          </w:p>
        </w:tc>
        <w:tc>
          <w:tcPr>
            <w:tcW w:w="8054" w:type="dxa"/>
            <w:tcBorders>
              <w:bottom w:val="single" w:sz="4" w:space="0" w:color="E7E1D6"/>
            </w:tcBorders>
            <w:shd w:val="clear" w:color="auto" w:fill="173B5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2A78A0" w14:textId="77777777" w:rsidR="00CD32D2" w:rsidRDefault="008F67B7">
            <w:r>
              <w:rPr>
                <w:b/>
                <w:color w:val="FFFFFF"/>
                <w:sz w:val="18"/>
              </w:rPr>
              <w:t>Wat is inbegrepen</w:t>
            </w:r>
          </w:p>
        </w:tc>
      </w:tr>
      <w:tr w:rsidR="00CD32D2" w:rsidRPr="00D6037E" w14:paraId="4FADFBA6" w14:textId="77777777" w:rsidTr="00C85865">
        <w:trPr>
          <w:trHeight w:val="1016"/>
          <w:jc w:val="center"/>
        </w:trPr>
        <w:tc>
          <w:tcPr>
            <w:tcW w:w="1276" w:type="dxa"/>
            <w:tcBorders>
              <w:bottom w:val="single" w:sz="4" w:space="0" w:color="E7E1D6"/>
            </w:tcBorders>
            <w:shd w:val="clear" w:color="auto" w:fill="FBF8F1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1D8EDDF5" w14:textId="77777777" w:rsidR="00CD32D2" w:rsidRDefault="008F67B7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2410" w:type="dxa"/>
            <w:tcBorders>
              <w:bottom w:val="single" w:sz="4" w:space="0" w:color="E7E1D6"/>
            </w:tcBorders>
            <w:shd w:val="clear" w:color="auto" w:fill="FBF8F1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0CE5D0C8" w14:textId="77777777" w:rsidR="00CD32D2" w:rsidRDefault="008F67B7">
            <w:r>
              <w:rPr>
                <w:b/>
                <w:color w:val="173B53"/>
                <w:sz w:val="18"/>
              </w:rPr>
              <w:t>Brons — €35/jaar</w:t>
            </w:r>
          </w:p>
          <w:p w14:paraId="678734C9" w14:textId="77777777" w:rsidR="00CD32D2" w:rsidRDefault="008F67B7">
            <w:r>
              <w:rPr>
                <w:b/>
                <w:color w:val="6D7A43"/>
                <w:sz w:val="17"/>
              </w:rPr>
              <w:t>Communitylid</w:t>
            </w:r>
          </w:p>
        </w:tc>
        <w:tc>
          <w:tcPr>
            <w:tcW w:w="8054" w:type="dxa"/>
            <w:tcBorders>
              <w:bottom w:val="single" w:sz="4" w:space="0" w:color="E7E1D6"/>
            </w:tcBorders>
            <w:shd w:val="clear" w:color="auto" w:fill="FBF8F1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24FB047E" w14:textId="77777777" w:rsidR="002C15FE" w:rsidRPr="00072A36" w:rsidRDefault="002C15FE" w:rsidP="002C15FE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Voor deelnemers en sympathisanten zonder geregistreerde hond.</w:t>
            </w:r>
          </w:p>
          <w:p w14:paraId="4CE8129D" w14:textId="77777777" w:rsidR="002C15FE" w:rsidRPr="00072A36" w:rsidRDefault="002C15FE" w:rsidP="002C15FE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Toegang tot community, nieuws en ontmoetingsmomenten.</w:t>
            </w:r>
          </w:p>
          <w:p w14:paraId="7E1EFDC1" w14:textId="77777777" w:rsidR="002C15FE" w:rsidRPr="00072A36" w:rsidRDefault="002C15FE" w:rsidP="002C15FE">
            <w:pPr>
              <w:pStyle w:val="Lijstopsomteken"/>
              <w:rPr>
                <w:sz w:val="18"/>
                <w:szCs w:val="18"/>
                <w:lang w:val="nl-BE"/>
              </w:rPr>
            </w:pPr>
            <w:r>
              <w:rPr>
                <w:sz w:val="18"/>
                <w:szCs w:val="18"/>
                <w:lang w:val="nl-BE"/>
              </w:rPr>
              <w:t>Gratis</w:t>
            </w:r>
            <w:r w:rsidRPr="00072A36">
              <w:rPr>
                <w:sz w:val="18"/>
                <w:szCs w:val="18"/>
                <w:lang w:val="nl-BE"/>
              </w:rPr>
              <w:t xml:space="preserve"> groepswandelingen, </w:t>
            </w:r>
            <w:r>
              <w:rPr>
                <w:sz w:val="18"/>
                <w:szCs w:val="18"/>
                <w:lang w:val="nl-BE"/>
              </w:rPr>
              <w:t xml:space="preserve">en ledenkorting op activiteiten zoals </w:t>
            </w:r>
            <w:r w:rsidRPr="00072A36">
              <w:rPr>
                <w:sz w:val="18"/>
                <w:szCs w:val="18"/>
                <w:lang w:val="nl-BE"/>
              </w:rPr>
              <w:t>lezingen en workshops.</w:t>
            </w:r>
          </w:p>
          <w:p w14:paraId="4A9BA24B" w14:textId="14B0BB30" w:rsidR="00CD32D2" w:rsidRPr="002C15FE" w:rsidRDefault="002C15FE" w:rsidP="002C15FE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Vroegere inschrijving voor activiteiten met beperkte plaatsen.</w:t>
            </w:r>
          </w:p>
        </w:tc>
      </w:tr>
      <w:tr w:rsidR="00CD32D2" w:rsidRPr="00D6037E" w14:paraId="2FB3BB74" w14:textId="77777777" w:rsidTr="00C85865">
        <w:trPr>
          <w:trHeight w:val="1276"/>
          <w:jc w:val="center"/>
        </w:trPr>
        <w:tc>
          <w:tcPr>
            <w:tcW w:w="1276" w:type="dxa"/>
            <w:tcBorders>
              <w:bottom w:val="single" w:sz="4" w:space="0" w:color="E7E1D6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609BF86D" w14:textId="77777777" w:rsidR="00CD32D2" w:rsidRDefault="008F67B7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2410" w:type="dxa"/>
            <w:tcBorders>
              <w:bottom w:val="single" w:sz="4" w:space="0" w:color="E7E1D6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5A9667BB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8"/>
                <w:lang w:val="nl-BE"/>
              </w:rPr>
              <w:t>Zilver — €50/jaar</w:t>
            </w:r>
          </w:p>
          <w:p w14:paraId="57164D9E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6D7A43"/>
                <w:sz w:val="17"/>
                <w:lang w:val="nl-BE"/>
              </w:rPr>
              <w:t>Lid met één hond</w:t>
            </w:r>
          </w:p>
        </w:tc>
        <w:tc>
          <w:tcPr>
            <w:tcW w:w="8054" w:type="dxa"/>
            <w:tcBorders>
              <w:bottom w:val="single" w:sz="4" w:space="0" w:color="E7E1D6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CE09C04" w14:textId="77777777" w:rsidR="00C85865" w:rsidRPr="00072A36" w:rsidRDefault="00C85865" w:rsidP="00C85865">
            <w:pPr>
              <w:pStyle w:val="Lijstopsomteken"/>
              <w:rPr>
                <w:sz w:val="18"/>
                <w:szCs w:val="18"/>
              </w:rPr>
            </w:pPr>
            <w:r w:rsidRPr="00072A36">
              <w:rPr>
                <w:sz w:val="18"/>
                <w:szCs w:val="18"/>
              </w:rPr>
              <w:t xml:space="preserve">Alle </w:t>
            </w:r>
            <w:proofErr w:type="spellStart"/>
            <w:r w:rsidRPr="00072A36">
              <w:rPr>
                <w:sz w:val="18"/>
                <w:szCs w:val="18"/>
              </w:rPr>
              <w:t>voordelen</w:t>
            </w:r>
            <w:proofErr w:type="spellEnd"/>
            <w:r w:rsidRPr="00072A36">
              <w:rPr>
                <w:sz w:val="18"/>
                <w:szCs w:val="18"/>
              </w:rPr>
              <w:t xml:space="preserve"> van Brons.</w:t>
            </w:r>
          </w:p>
          <w:p w14:paraId="5FCE2476" w14:textId="77777777" w:rsidR="00C85865" w:rsidRPr="00072A36" w:rsidRDefault="00C85865" w:rsidP="00C85865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Geldig voor één eigenaar en één hond.</w:t>
            </w:r>
          </w:p>
          <w:p w14:paraId="0259A900" w14:textId="77777777" w:rsidR="00C85865" w:rsidRPr="00072A36" w:rsidRDefault="00C85865" w:rsidP="00C85865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Leden</w:t>
            </w:r>
            <w:r>
              <w:rPr>
                <w:sz w:val="18"/>
                <w:szCs w:val="18"/>
                <w:lang w:val="nl-BE"/>
              </w:rPr>
              <w:t xml:space="preserve">korting </w:t>
            </w:r>
            <w:r w:rsidRPr="00072A36">
              <w:rPr>
                <w:sz w:val="18"/>
                <w:szCs w:val="18"/>
                <w:lang w:val="nl-BE"/>
              </w:rPr>
              <w:t>voor coaching, individuele wandelservice, basisverzorging en community-opvang.</w:t>
            </w:r>
          </w:p>
          <w:p w14:paraId="44B50837" w14:textId="77777777" w:rsidR="00C85865" w:rsidRPr="00072A36" w:rsidRDefault="00C85865" w:rsidP="00C85865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Eén gratis P4R-</w:t>
            </w:r>
            <w:r>
              <w:rPr>
                <w:sz w:val="18"/>
                <w:szCs w:val="18"/>
                <w:lang w:val="nl-BE"/>
              </w:rPr>
              <w:t>thema</w:t>
            </w:r>
            <w:r w:rsidRPr="00072A36">
              <w:rPr>
                <w:sz w:val="18"/>
                <w:szCs w:val="18"/>
                <w:lang w:val="nl-BE"/>
              </w:rPr>
              <w:t>wandeling per lidmaatschapsjaar.</w:t>
            </w:r>
          </w:p>
          <w:p w14:paraId="33AA84C1" w14:textId="496EAFF5" w:rsidR="00CD32D2" w:rsidRPr="00C85865" w:rsidRDefault="00C85865" w:rsidP="00C85865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Extra hond binnen hetzelfde huishouden: €15 per jaar.</w:t>
            </w:r>
          </w:p>
        </w:tc>
      </w:tr>
      <w:tr w:rsidR="00CD32D2" w14:paraId="089B759D" w14:textId="77777777" w:rsidTr="00C85865">
        <w:trPr>
          <w:trHeight w:val="1016"/>
          <w:jc w:val="center"/>
        </w:trPr>
        <w:tc>
          <w:tcPr>
            <w:tcW w:w="1276" w:type="dxa"/>
            <w:tcBorders>
              <w:bottom w:val="single" w:sz="4" w:space="0" w:color="E7E1D6"/>
            </w:tcBorders>
            <w:shd w:val="clear" w:color="auto" w:fill="FBF8F1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1D2B14BA" w14:textId="77777777" w:rsidR="00CD32D2" w:rsidRDefault="008F67B7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2410" w:type="dxa"/>
            <w:tcBorders>
              <w:bottom w:val="single" w:sz="4" w:space="0" w:color="E7E1D6"/>
            </w:tcBorders>
            <w:shd w:val="clear" w:color="auto" w:fill="FBF8F1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18C6F745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8"/>
                <w:lang w:val="nl-BE"/>
              </w:rPr>
              <w:t>Goud — €85/jaar</w:t>
            </w:r>
          </w:p>
          <w:p w14:paraId="2408C16C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6D7A43"/>
                <w:sz w:val="17"/>
                <w:lang w:val="nl-BE"/>
              </w:rPr>
              <w:t>Gezin en twee honden</w:t>
            </w:r>
          </w:p>
        </w:tc>
        <w:tc>
          <w:tcPr>
            <w:tcW w:w="8054" w:type="dxa"/>
            <w:tcBorders>
              <w:bottom w:val="single" w:sz="4" w:space="0" w:color="E7E1D6"/>
            </w:tcBorders>
            <w:shd w:val="clear" w:color="auto" w:fill="FBF8F1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197A64DE" w14:textId="77777777" w:rsidR="007A32FF" w:rsidRPr="00072A36" w:rsidRDefault="007A32FF" w:rsidP="007A32FF">
            <w:pPr>
              <w:pStyle w:val="Lijstopsomteken"/>
              <w:rPr>
                <w:sz w:val="18"/>
                <w:szCs w:val="18"/>
              </w:rPr>
            </w:pPr>
            <w:r w:rsidRPr="00072A36">
              <w:rPr>
                <w:sz w:val="18"/>
                <w:szCs w:val="18"/>
              </w:rPr>
              <w:t xml:space="preserve">Alle </w:t>
            </w:r>
            <w:proofErr w:type="spellStart"/>
            <w:r w:rsidRPr="00072A36">
              <w:rPr>
                <w:sz w:val="18"/>
                <w:szCs w:val="18"/>
              </w:rPr>
              <w:t>voordelen</w:t>
            </w:r>
            <w:proofErr w:type="spellEnd"/>
            <w:r w:rsidRPr="00072A36">
              <w:rPr>
                <w:sz w:val="18"/>
                <w:szCs w:val="18"/>
              </w:rPr>
              <w:t xml:space="preserve"> van </w:t>
            </w:r>
            <w:proofErr w:type="spellStart"/>
            <w:r w:rsidRPr="00072A36">
              <w:rPr>
                <w:sz w:val="18"/>
                <w:szCs w:val="18"/>
              </w:rPr>
              <w:t>Zilver</w:t>
            </w:r>
            <w:proofErr w:type="spellEnd"/>
            <w:r w:rsidRPr="00072A36">
              <w:rPr>
                <w:sz w:val="18"/>
                <w:szCs w:val="18"/>
              </w:rPr>
              <w:t>.</w:t>
            </w:r>
          </w:p>
          <w:p w14:paraId="077C6B13" w14:textId="77777777" w:rsidR="007A32FF" w:rsidRPr="00072A36" w:rsidRDefault="007A32FF" w:rsidP="007A32FF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Geldig voor maximaal twee volwassenen op hetzelfde adres en maximaal twee honden.</w:t>
            </w:r>
          </w:p>
          <w:p w14:paraId="4B2463E3" w14:textId="77777777" w:rsidR="007A32FF" w:rsidRPr="00072A36" w:rsidRDefault="007A32FF" w:rsidP="007A32FF">
            <w:pPr>
              <w:pStyle w:val="Lijstopsomteken"/>
              <w:rPr>
                <w:sz w:val="18"/>
                <w:szCs w:val="18"/>
                <w:lang w:val="nl-BE"/>
              </w:rPr>
            </w:pPr>
            <w:proofErr w:type="spellStart"/>
            <w:r>
              <w:rPr>
                <w:sz w:val="18"/>
                <w:szCs w:val="18"/>
                <w:lang w:val="nl-BE"/>
              </w:rPr>
              <w:t>Één</w:t>
            </w:r>
            <w:proofErr w:type="spellEnd"/>
            <w:r>
              <w:rPr>
                <w:sz w:val="18"/>
                <w:szCs w:val="18"/>
                <w:lang w:val="nl-BE"/>
              </w:rPr>
              <w:t xml:space="preserve"> extra</w:t>
            </w:r>
            <w:r w:rsidRPr="00072A36">
              <w:rPr>
                <w:sz w:val="18"/>
                <w:szCs w:val="18"/>
                <w:lang w:val="nl-BE"/>
              </w:rPr>
              <w:t xml:space="preserve"> P4R-</w:t>
            </w:r>
            <w:r>
              <w:rPr>
                <w:sz w:val="18"/>
                <w:szCs w:val="18"/>
                <w:lang w:val="nl-BE"/>
              </w:rPr>
              <w:t>thema</w:t>
            </w:r>
            <w:r w:rsidRPr="00072A36">
              <w:rPr>
                <w:sz w:val="18"/>
                <w:szCs w:val="18"/>
                <w:lang w:val="nl-BE"/>
              </w:rPr>
              <w:t>wandelingen per lidmaatschapsjaar.</w:t>
            </w:r>
          </w:p>
          <w:p w14:paraId="254FFCA1" w14:textId="2F7E4F2D" w:rsidR="00CD32D2" w:rsidRPr="007A32FF" w:rsidRDefault="007A32FF" w:rsidP="007A32FF">
            <w:pPr>
              <w:pStyle w:val="Lijstopsomteken"/>
              <w:rPr>
                <w:sz w:val="18"/>
                <w:szCs w:val="18"/>
              </w:rPr>
            </w:pPr>
            <w:r w:rsidRPr="00072A36">
              <w:rPr>
                <w:sz w:val="18"/>
                <w:szCs w:val="18"/>
              </w:rPr>
              <w:t xml:space="preserve">€10 </w:t>
            </w:r>
            <w:proofErr w:type="spellStart"/>
            <w:r w:rsidRPr="00072A36">
              <w:rPr>
                <w:sz w:val="18"/>
                <w:szCs w:val="18"/>
              </w:rPr>
              <w:t>workshoptegoed</w:t>
            </w:r>
            <w:proofErr w:type="spellEnd"/>
            <w:r w:rsidRPr="00072A36">
              <w:rPr>
                <w:sz w:val="18"/>
                <w:szCs w:val="18"/>
              </w:rPr>
              <w:t xml:space="preserve"> per </w:t>
            </w:r>
            <w:proofErr w:type="spellStart"/>
            <w:r w:rsidRPr="00072A36">
              <w:rPr>
                <w:sz w:val="18"/>
                <w:szCs w:val="18"/>
              </w:rPr>
              <w:t>lidmaatschapsjaar</w:t>
            </w:r>
            <w:proofErr w:type="spellEnd"/>
            <w:r w:rsidRPr="00072A36">
              <w:rPr>
                <w:sz w:val="18"/>
                <w:szCs w:val="18"/>
              </w:rPr>
              <w:t>.</w:t>
            </w:r>
          </w:p>
        </w:tc>
      </w:tr>
      <w:tr w:rsidR="00CD32D2" w:rsidRPr="00D6037E" w14:paraId="26007002" w14:textId="77777777" w:rsidTr="00C85865">
        <w:trPr>
          <w:trHeight w:val="1784"/>
          <w:jc w:val="center"/>
        </w:trPr>
        <w:tc>
          <w:tcPr>
            <w:tcW w:w="1276" w:type="dxa"/>
            <w:tcBorders>
              <w:bottom w:val="single" w:sz="4" w:space="0" w:color="E7E1D6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EFBB70D" w14:textId="77777777" w:rsidR="00CD32D2" w:rsidRDefault="008F67B7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2410" w:type="dxa"/>
            <w:tcBorders>
              <w:bottom w:val="single" w:sz="4" w:space="0" w:color="E7E1D6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29AA59F5" w14:textId="77777777" w:rsidR="00CD32D2" w:rsidRDefault="008F67B7">
            <w:r>
              <w:rPr>
                <w:b/>
                <w:color w:val="173B53"/>
                <w:sz w:val="18"/>
              </w:rPr>
              <w:t>Platinum — €100/jaar</w:t>
            </w:r>
          </w:p>
          <w:p w14:paraId="0749E147" w14:textId="77777777" w:rsidR="00CD32D2" w:rsidRDefault="008F67B7">
            <w:r>
              <w:rPr>
                <w:b/>
                <w:color w:val="6D7A43"/>
                <w:sz w:val="17"/>
              </w:rPr>
              <w:t>Compleet voordelenpakket</w:t>
            </w:r>
          </w:p>
        </w:tc>
        <w:tc>
          <w:tcPr>
            <w:tcW w:w="8054" w:type="dxa"/>
            <w:tcBorders>
              <w:bottom w:val="single" w:sz="4" w:space="0" w:color="E7E1D6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68492460" w14:textId="77777777" w:rsidR="00BA6068" w:rsidRPr="00072A36" w:rsidRDefault="00BA6068" w:rsidP="00BA6068">
            <w:pPr>
              <w:pStyle w:val="Lijstopsomteken"/>
              <w:rPr>
                <w:sz w:val="18"/>
                <w:szCs w:val="18"/>
              </w:rPr>
            </w:pPr>
            <w:r w:rsidRPr="00072A36">
              <w:rPr>
                <w:sz w:val="18"/>
                <w:szCs w:val="18"/>
              </w:rPr>
              <w:t xml:space="preserve">Alle </w:t>
            </w:r>
            <w:proofErr w:type="spellStart"/>
            <w:r w:rsidRPr="00072A36">
              <w:rPr>
                <w:sz w:val="18"/>
                <w:szCs w:val="18"/>
              </w:rPr>
              <w:t>voordelen</w:t>
            </w:r>
            <w:proofErr w:type="spellEnd"/>
            <w:r w:rsidRPr="00072A36">
              <w:rPr>
                <w:sz w:val="18"/>
                <w:szCs w:val="18"/>
              </w:rPr>
              <w:t xml:space="preserve"> van Goud.</w:t>
            </w:r>
          </w:p>
          <w:p w14:paraId="590560F9" w14:textId="77777777" w:rsidR="00BA6068" w:rsidRPr="00072A36" w:rsidRDefault="00BA6068" w:rsidP="00BA6068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Geldig voor maximaal twee volwassenen op hetzelfde adres en maximaal drie honden.</w:t>
            </w:r>
          </w:p>
          <w:p w14:paraId="3E661217" w14:textId="77777777" w:rsidR="00BA6068" w:rsidRPr="00072A36" w:rsidRDefault="00BA6068" w:rsidP="00BA6068">
            <w:pPr>
              <w:pStyle w:val="Lijstopsomteken"/>
              <w:rPr>
                <w:sz w:val="18"/>
                <w:szCs w:val="18"/>
                <w:lang w:val="nl-BE"/>
              </w:rPr>
            </w:pPr>
            <w:r>
              <w:rPr>
                <w:sz w:val="18"/>
                <w:szCs w:val="18"/>
                <w:lang w:val="nl-BE"/>
              </w:rPr>
              <w:t>Twee extra</w:t>
            </w:r>
            <w:r w:rsidRPr="00072A36">
              <w:rPr>
                <w:sz w:val="18"/>
                <w:szCs w:val="18"/>
                <w:lang w:val="nl-BE"/>
              </w:rPr>
              <w:t xml:space="preserve"> P4R-</w:t>
            </w:r>
            <w:r>
              <w:rPr>
                <w:sz w:val="18"/>
                <w:szCs w:val="18"/>
                <w:lang w:val="nl-BE"/>
              </w:rPr>
              <w:t>thema</w:t>
            </w:r>
            <w:r w:rsidRPr="00072A36">
              <w:rPr>
                <w:sz w:val="18"/>
                <w:szCs w:val="18"/>
                <w:lang w:val="nl-BE"/>
              </w:rPr>
              <w:t>wandelingen per lidmaatschapsjaar.</w:t>
            </w:r>
          </w:p>
          <w:p w14:paraId="6CD0C9D4" w14:textId="77777777" w:rsidR="00BA6068" w:rsidRPr="00072A36" w:rsidRDefault="00BA6068" w:rsidP="00BA6068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Eén workshop inbegrepen, met een maximale ledenwaarde van €25.</w:t>
            </w:r>
          </w:p>
          <w:p w14:paraId="20DBC32D" w14:textId="77777777" w:rsidR="00BA6068" w:rsidRDefault="00BA6068" w:rsidP="00BA6068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Twee gasttickets voor een groepswandeling.</w:t>
            </w:r>
          </w:p>
          <w:p w14:paraId="29DB6440" w14:textId="77777777" w:rsidR="00BA6068" w:rsidRPr="00072A36" w:rsidRDefault="00BA6068" w:rsidP="00BA6068">
            <w:pPr>
              <w:pStyle w:val="Lijstopsomteken"/>
              <w:rPr>
                <w:sz w:val="18"/>
                <w:szCs w:val="18"/>
                <w:lang w:val="nl-BE"/>
              </w:rPr>
            </w:pPr>
            <w:r>
              <w:rPr>
                <w:sz w:val="18"/>
                <w:szCs w:val="18"/>
                <w:lang w:val="nl-BE"/>
              </w:rPr>
              <w:t xml:space="preserve">Extra voorrang </w:t>
            </w:r>
            <w:r w:rsidRPr="00072A36">
              <w:rPr>
                <w:sz w:val="18"/>
                <w:szCs w:val="18"/>
                <w:lang w:val="nl-BE"/>
              </w:rPr>
              <w:t>voor activiteiten met beperkte plaatsen.</w:t>
            </w:r>
          </w:p>
          <w:p w14:paraId="3EBE4F99" w14:textId="60DCD7D8" w:rsidR="00CD32D2" w:rsidRPr="00BA6068" w:rsidRDefault="00BA6068" w:rsidP="00BA6068">
            <w:pPr>
              <w:pStyle w:val="Lijstopsomteken"/>
              <w:rPr>
                <w:sz w:val="18"/>
                <w:szCs w:val="18"/>
                <w:lang w:val="nl-BE"/>
              </w:rPr>
            </w:pPr>
            <w:r w:rsidRPr="00072A36">
              <w:rPr>
                <w:sz w:val="18"/>
                <w:szCs w:val="18"/>
                <w:lang w:val="nl-BE"/>
              </w:rPr>
              <w:t>Een deel van het lidgeld ondersteunt de maatschappelijke werking van P4R.</w:t>
            </w:r>
          </w:p>
        </w:tc>
      </w:tr>
    </w:tbl>
    <w:p w14:paraId="79D5C4E1" w14:textId="77777777" w:rsidR="00CD32D2" w:rsidRPr="003A480E" w:rsidRDefault="00CD32D2">
      <w:pPr>
        <w:spacing w:after="0"/>
        <w:rPr>
          <w:lang w:val="nl-BE"/>
        </w:rPr>
      </w:pPr>
    </w:p>
    <w:p w14:paraId="18EEE8DF" w14:textId="77777777" w:rsidR="00CD32D2" w:rsidRPr="003A480E" w:rsidRDefault="008F67B7">
      <w:pPr>
        <w:rPr>
          <w:lang w:val="nl-BE"/>
        </w:rPr>
      </w:pPr>
      <w:r w:rsidRPr="003A480E">
        <w:rPr>
          <w:lang w:val="nl-BE"/>
        </w:rP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6690"/>
      </w:tblGrid>
      <w:tr w:rsidR="00CD32D2" w:rsidRPr="00D6037E" w14:paraId="21C707BB" w14:textId="77777777">
        <w:trPr>
          <w:jc w:val="center"/>
        </w:trPr>
        <w:tc>
          <w:tcPr>
            <w:tcW w:w="3572" w:type="dxa"/>
          </w:tcPr>
          <w:p w14:paraId="206873AD" w14:textId="77777777" w:rsidR="00CD32D2" w:rsidRDefault="008F67B7">
            <w:r>
              <w:rPr>
                <w:noProof/>
              </w:rPr>
              <w:lastRenderedPageBreak/>
              <w:drawing>
                <wp:inline distT="0" distB="0" distL="0" distR="0" wp14:anchorId="4D4295C7" wp14:editId="0E78DBAC">
                  <wp:extent cx="1512000" cy="52338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52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0" w:type="dxa"/>
          </w:tcPr>
          <w:p w14:paraId="622A8452" w14:textId="77777777" w:rsidR="00CD32D2" w:rsidRPr="003A480E" w:rsidRDefault="008F67B7">
            <w:pPr>
              <w:jc w:val="right"/>
              <w:rPr>
                <w:lang w:val="nl-BE"/>
              </w:rPr>
            </w:pPr>
            <w:r w:rsidRPr="003A480E">
              <w:rPr>
                <w:rFonts w:ascii="Aptos Display" w:hAnsi="Aptos Display"/>
                <w:b/>
                <w:color w:val="173B53"/>
                <w:sz w:val="46"/>
                <w:lang w:val="nl-BE"/>
              </w:rPr>
              <w:t>TOETREDINGSFORMULIER</w:t>
            </w:r>
          </w:p>
          <w:p w14:paraId="14231AC7" w14:textId="77777777" w:rsidR="00CD32D2" w:rsidRPr="003A480E" w:rsidRDefault="008F67B7">
            <w:pPr>
              <w:jc w:val="right"/>
              <w:rPr>
                <w:lang w:val="nl-BE"/>
              </w:rPr>
            </w:pPr>
            <w:r w:rsidRPr="003A480E">
              <w:rPr>
                <w:rFonts w:ascii="Georgia" w:hAnsi="Georgia"/>
                <w:i/>
                <w:color w:val="6D7A43"/>
                <w:sz w:val="21"/>
                <w:lang w:val="nl-BE"/>
              </w:rPr>
              <w:t>Word deel van onze roedel</w:t>
            </w:r>
          </w:p>
        </w:tc>
      </w:tr>
    </w:tbl>
    <w:p w14:paraId="6B8056B1" w14:textId="77777777" w:rsidR="00CD32D2" w:rsidRPr="003A480E" w:rsidRDefault="008F67B7">
      <w:pPr>
        <w:spacing w:after="160"/>
        <w:jc w:val="center"/>
        <w:rPr>
          <w:lang w:val="nl-BE"/>
        </w:rPr>
      </w:pPr>
      <w:r w:rsidRPr="003A480E">
        <w:rPr>
          <w:b/>
          <w:color w:val="EA5B0C"/>
          <w:sz w:val="25"/>
          <w:lang w:val="nl-BE"/>
        </w:rPr>
        <w:t>SAMEN MAKEN WE DE BUURT WARMER.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:rsidRPr="00D6037E" w14:paraId="470C813D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58AA243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3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7FB5CA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FFFFFF"/>
                <w:sz w:val="26"/>
                <w:lang w:val="nl-BE"/>
              </w:rPr>
              <w:t>TWEEDE VOLWASSENE</w:t>
            </w:r>
          </w:p>
          <w:p w14:paraId="186DCADF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color w:val="E8EEF2"/>
                <w:sz w:val="17"/>
                <w:lang w:val="nl-BE"/>
              </w:rPr>
              <w:t>Alleen relevant bij Goud of Platinum.</w:t>
            </w:r>
          </w:p>
        </w:tc>
      </w:tr>
    </w:tbl>
    <w:p w14:paraId="45C6CBCA" w14:textId="77777777" w:rsidR="00CD32D2" w:rsidRPr="003A480E" w:rsidRDefault="00CD32D2">
      <w:pPr>
        <w:spacing w:after="0"/>
        <w:rPr>
          <w:lang w:val="nl-BE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4CBE79EE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7684DAEC" w14:textId="77777777" w:rsidR="00CD32D2" w:rsidRDefault="008F67B7">
            <w:r>
              <w:rPr>
                <w:b/>
                <w:color w:val="173B53"/>
                <w:sz w:val="19"/>
              </w:rPr>
              <w:t xml:space="preserve">Naam </w:t>
            </w:r>
            <w:proofErr w:type="spellStart"/>
            <w:r>
              <w:rPr>
                <w:b/>
                <w:color w:val="173B53"/>
                <w:sz w:val="19"/>
              </w:rPr>
              <w:t>en</w:t>
            </w:r>
            <w:proofErr w:type="spellEnd"/>
            <w:r>
              <w:rPr>
                <w:b/>
                <w:color w:val="173B53"/>
                <w:sz w:val="19"/>
              </w:rPr>
              <w:t xml:space="preserve"> </w:t>
            </w:r>
            <w:proofErr w:type="spellStart"/>
            <w:r>
              <w:rPr>
                <w:b/>
                <w:color w:val="173B53"/>
                <w:sz w:val="19"/>
              </w:rPr>
              <w:t>voornaam</w:t>
            </w:r>
            <w:proofErr w:type="spellEnd"/>
          </w:p>
          <w:p w14:paraId="61CF8811" w14:textId="21EC9F48" w:rsidR="00CD32D2" w:rsidRDefault="00F26ABB">
            <w:pPr>
              <w:spacing w:before="40" w:after="0"/>
            </w:pPr>
            <w:sdt>
              <w:sdtPr>
                <w:alias w:val="NAAM2"/>
                <w:tag w:val="NAAM2"/>
                <w:id w:val="-1766458785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71A3E996" w14:textId="77777777" w:rsidR="00CD32D2" w:rsidRDefault="008F67B7">
            <w:r>
              <w:rPr>
                <w:b/>
                <w:color w:val="173B53"/>
                <w:sz w:val="19"/>
              </w:rPr>
              <w:t>E-mailadres</w:t>
            </w:r>
          </w:p>
          <w:p w14:paraId="38451189" w14:textId="6835CCAE" w:rsidR="00CD32D2" w:rsidRDefault="00F26ABB">
            <w:pPr>
              <w:spacing w:before="40" w:after="0"/>
            </w:pPr>
            <w:sdt>
              <w:sdtPr>
                <w:alias w:val="EMAIL2"/>
                <w:tag w:val="EMAIL2"/>
                <w:id w:val="-1990238056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</w:tr>
    </w:tbl>
    <w:p w14:paraId="42586C0A" w14:textId="77777777" w:rsidR="00CD32D2" w:rsidRDefault="00CD32D2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:rsidRPr="00D6037E" w14:paraId="56486940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358789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4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19D6CB0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FFFFFF"/>
                <w:sz w:val="26"/>
                <w:lang w:val="nl-BE"/>
              </w:rPr>
              <w:t>OVER JOUW HOND(EN)</w:t>
            </w:r>
          </w:p>
          <w:p w14:paraId="0F5F4E38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color w:val="E8EEF2"/>
                <w:sz w:val="17"/>
                <w:lang w:val="nl-BE"/>
              </w:rPr>
              <w:t>Brons is bedoeld voor leden zonder geregistreerde hond. Bij Zilver, Goud en Platinum kun je hieronder de hondenprofielen invullen.</w:t>
            </w:r>
          </w:p>
        </w:tc>
      </w:tr>
    </w:tbl>
    <w:p w14:paraId="32FA965A" w14:textId="77777777" w:rsidR="00CD32D2" w:rsidRPr="003A480E" w:rsidRDefault="00CD32D2">
      <w:pPr>
        <w:spacing w:after="0"/>
        <w:rPr>
          <w:lang w:val="nl-BE"/>
        </w:rPr>
      </w:pPr>
    </w:p>
    <w:p w14:paraId="5266D19D" w14:textId="77777777" w:rsidR="00CD32D2" w:rsidRPr="003A480E" w:rsidRDefault="008F67B7">
      <w:pPr>
        <w:ind w:left="113"/>
        <w:rPr>
          <w:lang w:val="nl-BE"/>
        </w:rPr>
      </w:pPr>
      <w:r w:rsidRPr="003A480E">
        <w:rPr>
          <w:sz w:val="19"/>
          <w:lang w:val="nl-BE"/>
        </w:rPr>
        <w:t>☐  Ik heb momenteel geen hond</w:t>
      </w:r>
    </w:p>
    <w:p w14:paraId="4D84427C" w14:textId="77777777" w:rsidR="00CD32D2" w:rsidRPr="003A480E" w:rsidRDefault="008F67B7">
      <w:pPr>
        <w:pStyle w:val="P4RH3"/>
        <w:rPr>
          <w:lang w:val="nl-BE"/>
        </w:rPr>
      </w:pPr>
      <w:r w:rsidRPr="003A480E">
        <w:rPr>
          <w:lang w:val="nl-BE"/>
        </w:rPr>
        <w:t>HOND 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1B90D3AE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65F76FB4" w14:textId="77777777" w:rsidR="00CD32D2" w:rsidRDefault="008F67B7">
            <w:r>
              <w:rPr>
                <w:b/>
                <w:color w:val="173B53"/>
                <w:sz w:val="19"/>
              </w:rPr>
              <w:t xml:space="preserve">Naam </w:t>
            </w:r>
            <w:proofErr w:type="spellStart"/>
            <w:r>
              <w:rPr>
                <w:b/>
                <w:color w:val="173B53"/>
                <w:sz w:val="19"/>
              </w:rPr>
              <w:t>hond</w:t>
            </w:r>
            <w:proofErr w:type="spellEnd"/>
          </w:p>
          <w:p w14:paraId="6085325E" w14:textId="00844382" w:rsidR="00CD32D2" w:rsidRDefault="00F26ABB">
            <w:pPr>
              <w:spacing w:before="40" w:after="0"/>
            </w:pPr>
            <w:sdt>
              <w:sdtPr>
                <w:alias w:val="HOND1_NAAM"/>
                <w:tag w:val="HOND1_NAAM"/>
                <w:id w:val="5725141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70EA2227" w14:textId="77777777" w:rsidR="00CD32D2" w:rsidRDefault="008F67B7">
            <w:r>
              <w:rPr>
                <w:b/>
                <w:color w:val="173B53"/>
                <w:sz w:val="19"/>
              </w:rPr>
              <w:t>Ras of kruising</w:t>
            </w:r>
          </w:p>
          <w:p w14:paraId="612D227C" w14:textId="44333C23" w:rsidR="00CD32D2" w:rsidRDefault="00F26ABB">
            <w:pPr>
              <w:spacing w:before="40" w:after="0"/>
            </w:pPr>
            <w:sdt>
              <w:sdtPr>
                <w:alias w:val="HOND1_RAS"/>
                <w:tag w:val="HOND1_RAS"/>
                <w:id w:val="1561365844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</w:tr>
      <w:tr w:rsidR="00CD32D2" w14:paraId="1CBC45B0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1E156B84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9"/>
                <w:lang w:val="nl-BE"/>
              </w:rPr>
              <w:t>Geboortedatum of leeftijd</w:t>
            </w:r>
          </w:p>
          <w:p w14:paraId="36CA6E5C" w14:textId="436371EA" w:rsidR="00CD32D2" w:rsidRPr="003A480E" w:rsidRDefault="00F26ABB">
            <w:pPr>
              <w:spacing w:before="40" w:after="0"/>
              <w:rPr>
                <w:lang w:val="nl-BE"/>
              </w:rPr>
            </w:pPr>
            <w:sdt>
              <w:sdtPr>
                <w:rPr>
                  <w:lang w:val="nl-BE"/>
                </w:rPr>
                <w:alias w:val="HOND1_LEEFTIJD"/>
                <w:tag w:val="HOND1_LEEFTIJD"/>
                <w:id w:val="728347370"/>
                <w:showingPlcHdr/>
                <w:text/>
              </w:sdtPr>
              <w:sdtEndPr/>
              <w:sdtContent>
                <w:r w:rsidR="002B1C16">
                  <w:rPr>
                    <w:lang w:val="nl-BE"/>
                  </w:rPr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EF89D3C" w14:textId="77777777" w:rsidR="00CD32D2" w:rsidRDefault="008F67B7">
            <w:proofErr w:type="spellStart"/>
            <w:r>
              <w:rPr>
                <w:b/>
                <w:color w:val="173B53"/>
                <w:sz w:val="19"/>
              </w:rPr>
              <w:t>Geslacht</w:t>
            </w:r>
            <w:proofErr w:type="spellEnd"/>
          </w:p>
          <w:p w14:paraId="72B4CA28" w14:textId="43A10C3D" w:rsidR="00CD32D2" w:rsidRDefault="00F26ABB">
            <w:pPr>
              <w:spacing w:before="40" w:after="0"/>
            </w:pPr>
            <w:sdt>
              <w:sdtPr>
                <w:alias w:val="HOND1_GESLACHT"/>
                <w:tag w:val="HOND1_GESLACHT"/>
                <w:id w:val="687404534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</w:tr>
      <w:tr w:rsidR="00CD32D2" w14:paraId="1C2DBC59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7DCA2CCD" w14:textId="77777777" w:rsidR="00CD32D2" w:rsidRDefault="008F67B7">
            <w:r>
              <w:rPr>
                <w:b/>
                <w:color w:val="173B53"/>
                <w:sz w:val="19"/>
              </w:rPr>
              <w:t>Gecastreerd/gesteriliseerd</w:t>
            </w:r>
          </w:p>
          <w:p w14:paraId="5025B9B2" w14:textId="3A031AD1" w:rsidR="00CD32D2" w:rsidRDefault="00F26ABB">
            <w:pPr>
              <w:spacing w:before="40" w:after="0"/>
            </w:pPr>
            <w:sdt>
              <w:sdtPr>
                <w:alias w:val="HOND1_CASTRATIE"/>
                <w:tag w:val="HOND1_CASTRATIE"/>
                <w:id w:val="1066374556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251BA01" w14:textId="77777777" w:rsidR="00CD32D2" w:rsidRDefault="008F67B7">
            <w:r>
              <w:rPr>
                <w:b/>
                <w:color w:val="173B53"/>
                <w:sz w:val="19"/>
              </w:rPr>
              <w:t>Chipnummer (optioneel)</w:t>
            </w:r>
          </w:p>
          <w:p w14:paraId="24599820" w14:textId="2A70F3A3" w:rsidR="00CD32D2" w:rsidRDefault="00F26ABB">
            <w:pPr>
              <w:spacing w:before="40" w:after="0"/>
            </w:pPr>
            <w:sdt>
              <w:sdtPr>
                <w:alias w:val="HOND1_CHIP"/>
                <w:tag w:val="HOND1_CHIP"/>
                <w:id w:val="-654223935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</w:tr>
    </w:tbl>
    <w:p w14:paraId="219F6911" w14:textId="77777777" w:rsidR="00CD32D2" w:rsidRDefault="00CD32D2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CD32D2" w14:paraId="368D24E8" w14:textId="77777777">
        <w:trPr>
          <w:jc w:val="center"/>
        </w:trPr>
        <w:tc>
          <w:tcPr>
            <w:tcW w:w="10488" w:type="dxa"/>
            <w:shd w:val="clear" w:color="auto" w:fill="FBF8F1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8E76A2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8"/>
                <w:lang w:val="nl-BE"/>
              </w:rPr>
              <w:t>Karakter, gezondheid, voeding, omgang of andere aandachtspunten</w:t>
            </w:r>
          </w:p>
          <w:p w14:paraId="7D42AF67" w14:textId="77777777" w:rsidR="00CD32D2" w:rsidRDefault="00F26ABB">
            <w:sdt>
              <w:sdtPr>
                <w:alias w:val="HOND1_AANDACHTSPUNTEN"/>
                <w:tag w:val="HOND1_AANDACHTSPUNTEN"/>
                <w:id w:val="569320561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  <w:p w14:paraId="236A0D4E" w14:textId="0150D6BF" w:rsidR="002B1C16" w:rsidRDefault="002B1C16"/>
        </w:tc>
      </w:tr>
    </w:tbl>
    <w:p w14:paraId="5FCD9B44" w14:textId="77777777" w:rsidR="00CD32D2" w:rsidRDefault="00CD32D2">
      <w:pPr>
        <w:spacing w:after="0"/>
      </w:pPr>
    </w:p>
    <w:p w14:paraId="6DCA6860" w14:textId="77777777" w:rsidR="00CD32D2" w:rsidRDefault="008F67B7">
      <w:pPr>
        <w:pStyle w:val="P4RH3"/>
      </w:pPr>
      <w:r>
        <w:t>HOND 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4204AE3D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9132191" w14:textId="77777777" w:rsidR="00CD32D2" w:rsidRDefault="008F67B7">
            <w:r>
              <w:rPr>
                <w:b/>
                <w:color w:val="173B53"/>
                <w:sz w:val="19"/>
              </w:rPr>
              <w:t>Naam hond</w:t>
            </w:r>
          </w:p>
          <w:p w14:paraId="3DFB605D" w14:textId="4FD98E22" w:rsidR="00CD32D2" w:rsidRDefault="00F26ABB">
            <w:pPr>
              <w:spacing w:before="40" w:after="0"/>
            </w:pPr>
            <w:sdt>
              <w:sdtPr>
                <w:alias w:val="HOND2_NAAM"/>
                <w:tag w:val="HOND2_NAAM"/>
                <w:id w:val="1625345528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6FAC9B76" w14:textId="77777777" w:rsidR="00CD32D2" w:rsidRDefault="008F67B7">
            <w:r>
              <w:rPr>
                <w:b/>
                <w:color w:val="173B53"/>
                <w:sz w:val="19"/>
              </w:rPr>
              <w:t>Ras of kruising</w:t>
            </w:r>
          </w:p>
          <w:p w14:paraId="4BD4E93D" w14:textId="5A401E97" w:rsidR="00CD32D2" w:rsidRDefault="00F26ABB">
            <w:pPr>
              <w:spacing w:before="40" w:after="0"/>
            </w:pPr>
            <w:sdt>
              <w:sdtPr>
                <w:alias w:val="HOND2_RAS"/>
                <w:tag w:val="HOND2_RAS"/>
                <w:id w:val="-105591560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</w:tr>
      <w:tr w:rsidR="00CD32D2" w14:paraId="19460FF9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489D3546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9"/>
                <w:lang w:val="nl-BE"/>
              </w:rPr>
              <w:t>Geboortedatum of leeftijd</w:t>
            </w:r>
          </w:p>
          <w:p w14:paraId="52119379" w14:textId="15559BA7" w:rsidR="00CD32D2" w:rsidRPr="003A480E" w:rsidRDefault="00F26ABB">
            <w:pPr>
              <w:spacing w:before="40" w:after="0"/>
              <w:rPr>
                <w:lang w:val="nl-BE"/>
              </w:rPr>
            </w:pPr>
            <w:sdt>
              <w:sdtPr>
                <w:rPr>
                  <w:lang w:val="nl-BE"/>
                </w:rPr>
                <w:alias w:val="HOND2_LEEFTIJD"/>
                <w:tag w:val="HOND2_LEEFTIJD"/>
                <w:id w:val="-1457331939"/>
                <w:showingPlcHdr/>
                <w:text/>
              </w:sdtPr>
              <w:sdtEndPr/>
              <w:sdtContent>
                <w:r w:rsidR="002B1C16">
                  <w:rPr>
                    <w:lang w:val="nl-BE"/>
                  </w:rPr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7536905" w14:textId="77777777" w:rsidR="00CD32D2" w:rsidRDefault="008F67B7">
            <w:proofErr w:type="spellStart"/>
            <w:r>
              <w:rPr>
                <w:b/>
                <w:color w:val="173B53"/>
                <w:sz w:val="19"/>
              </w:rPr>
              <w:t>Geslacht</w:t>
            </w:r>
            <w:proofErr w:type="spellEnd"/>
          </w:p>
          <w:p w14:paraId="25F0930D" w14:textId="50569651" w:rsidR="00CD32D2" w:rsidRDefault="00F26ABB">
            <w:pPr>
              <w:spacing w:before="40" w:after="0"/>
            </w:pPr>
            <w:sdt>
              <w:sdtPr>
                <w:alias w:val="HOND2_GESLACHT"/>
                <w:tag w:val="HOND2_GESLACHT"/>
                <w:id w:val="2119255879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</w:tr>
      <w:tr w:rsidR="00CD32D2" w14:paraId="17594CC3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2FDF8A6A" w14:textId="77777777" w:rsidR="00CD32D2" w:rsidRDefault="008F67B7">
            <w:r>
              <w:rPr>
                <w:b/>
                <w:color w:val="173B53"/>
                <w:sz w:val="19"/>
              </w:rPr>
              <w:t>Gecastreerd/gesteriliseerd</w:t>
            </w:r>
          </w:p>
          <w:p w14:paraId="2DCDDEDF" w14:textId="29B265FF" w:rsidR="00CD32D2" w:rsidRDefault="00F26ABB">
            <w:pPr>
              <w:spacing w:before="40" w:after="0"/>
            </w:pPr>
            <w:sdt>
              <w:sdtPr>
                <w:alias w:val="HOND2_CASTRATIE"/>
                <w:tag w:val="HOND2_CASTRATIE"/>
                <w:id w:val="-965653445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4DEBED19" w14:textId="77777777" w:rsidR="00CD32D2" w:rsidRDefault="008F67B7">
            <w:r>
              <w:rPr>
                <w:b/>
                <w:color w:val="173B53"/>
                <w:sz w:val="19"/>
              </w:rPr>
              <w:t>Chipnummer (optioneel)</w:t>
            </w:r>
          </w:p>
          <w:p w14:paraId="6EF3BAFC" w14:textId="5924EB3D" w:rsidR="00CD32D2" w:rsidRDefault="00F26ABB">
            <w:pPr>
              <w:spacing w:before="40" w:after="0"/>
            </w:pPr>
            <w:sdt>
              <w:sdtPr>
                <w:alias w:val="HOND2_CHIP"/>
                <w:tag w:val="HOND2_CHIP"/>
                <w:id w:val="-1090309335"/>
                <w:showingPlcHdr/>
                <w:text/>
              </w:sdtPr>
              <w:sdtEndPr/>
              <w:sdtContent>
                <w:r w:rsidR="002B1C16">
                  <w:t xml:space="preserve">     </w:t>
                </w:r>
              </w:sdtContent>
            </w:sdt>
          </w:p>
        </w:tc>
      </w:tr>
    </w:tbl>
    <w:p w14:paraId="57E28804" w14:textId="77777777" w:rsidR="00CD32D2" w:rsidRDefault="00CD32D2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CD32D2" w14:paraId="21AAEC60" w14:textId="77777777">
        <w:trPr>
          <w:jc w:val="center"/>
        </w:trPr>
        <w:tc>
          <w:tcPr>
            <w:tcW w:w="10488" w:type="dxa"/>
            <w:shd w:val="clear" w:color="auto" w:fill="FBF8F1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83737E" w14:textId="77777777" w:rsidR="00A67E38" w:rsidRDefault="008F67B7">
            <w:pPr>
              <w:rPr>
                <w:b/>
                <w:bCs/>
                <w:lang w:val="nl-BE"/>
              </w:rPr>
            </w:pPr>
            <w:r w:rsidRPr="003A480E">
              <w:rPr>
                <w:b/>
                <w:color w:val="173B53"/>
                <w:sz w:val="18"/>
                <w:lang w:val="nl-BE"/>
              </w:rPr>
              <w:t>Karakter, gezondheid, voeding, omgang of andere aandachtspunten</w:t>
            </w:r>
          </w:p>
          <w:p w14:paraId="4D6EDA65" w14:textId="77777777" w:rsidR="00A67E38" w:rsidRDefault="00A67E38">
            <w:pPr>
              <w:rPr>
                <w:b/>
                <w:bCs/>
                <w:lang w:val="nl-BE"/>
              </w:rPr>
            </w:pPr>
          </w:p>
          <w:p w14:paraId="25AAB9E9" w14:textId="02C197DA" w:rsidR="00A67E38" w:rsidRPr="00A67E38" w:rsidRDefault="00A67E38">
            <w:pPr>
              <w:rPr>
                <w:b/>
                <w:bCs/>
                <w:lang w:val="nl-BE"/>
              </w:rPr>
            </w:pPr>
          </w:p>
        </w:tc>
      </w:tr>
    </w:tbl>
    <w:p w14:paraId="353AD25A" w14:textId="77777777" w:rsidR="00CD32D2" w:rsidRDefault="00CD32D2">
      <w:pPr>
        <w:spacing w:after="0"/>
      </w:pPr>
    </w:p>
    <w:p w14:paraId="2CA4985E" w14:textId="77777777" w:rsidR="00CD32D2" w:rsidRPr="003A480E" w:rsidRDefault="008F67B7">
      <w:pPr>
        <w:rPr>
          <w:lang w:val="nl-BE"/>
        </w:rPr>
      </w:pPr>
      <w:r w:rsidRPr="003A480E">
        <w:rPr>
          <w:b/>
          <w:color w:val="EA5B0C"/>
          <w:sz w:val="19"/>
          <w:lang w:val="nl-BE"/>
        </w:rPr>
        <w:t xml:space="preserve">Bij Zilver: </w:t>
      </w:r>
      <w:r w:rsidRPr="003A480E">
        <w:rPr>
          <w:sz w:val="18"/>
          <w:lang w:val="nl-BE"/>
        </w:rPr>
        <w:t>☐ Ik wil een extra hondenprofiel toevoegen binnen hetzelfde huishouden (+ €15 per jaar).</w:t>
      </w:r>
    </w:p>
    <w:p w14:paraId="4176278A" w14:textId="77777777" w:rsidR="00CD32D2" w:rsidRPr="003A480E" w:rsidRDefault="008F67B7">
      <w:pPr>
        <w:rPr>
          <w:lang w:val="nl-BE"/>
        </w:rPr>
      </w:pPr>
      <w:r w:rsidRPr="003A480E">
        <w:rPr>
          <w:lang w:val="nl-BE"/>
        </w:rP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6690"/>
      </w:tblGrid>
      <w:tr w:rsidR="00CD32D2" w:rsidRPr="00D6037E" w14:paraId="2A3F92E8" w14:textId="77777777">
        <w:trPr>
          <w:jc w:val="center"/>
        </w:trPr>
        <w:tc>
          <w:tcPr>
            <w:tcW w:w="3572" w:type="dxa"/>
          </w:tcPr>
          <w:p w14:paraId="6CD7A75B" w14:textId="77777777" w:rsidR="00CD32D2" w:rsidRDefault="008F67B7">
            <w:r>
              <w:rPr>
                <w:noProof/>
              </w:rPr>
              <w:lastRenderedPageBreak/>
              <w:drawing>
                <wp:inline distT="0" distB="0" distL="0" distR="0" wp14:anchorId="4D9009EF" wp14:editId="29D9F55C">
                  <wp:extent cx="1512000" cy="52338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52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0" w:type="dxa"/>
          </w:tcPr>
          <w:p w14:paraId="283C402D" w14:textId="77777777" w:rsidR="00CD32D2" w:rsidRPr="003A480E" w:rsidRDefault="008F67B7">
            <w:pPr>
              <w:jc w:val="right"/>
              <w:rPr>
                <w:lang w:val="nl-BE"/>
              </w:rPr>
            </w:pPr>
            <w:r w:rsidRPr="003A480E">
              <w:rPr>
                <w:rFonts w:ascii="Aptos Display" w:hAnsi="Aptos Display"/>
                <w:b/>
                <w:color w:val="173B53"/>
                <w:sz w:val="46"/>
                <w:lang w:val="nl-BE"/>
              </w:rPr>
              <w:t>TOETREDINGSFORMULIER</w:t>
            </w:r>
          </w:p>
          <w:p w14:paraId="2A76CA67" w14:textId="77777777" w:rsidR="00CD32D2" w:rsidRPr="003A480E" w:rsidRDefault="008F67B7">
            <w:pPr>
              <w:jc w:val="right"/>
              <w:rPr>
                <w:lang w:val="nl-BE"/>
              </w:rPr>
            </w:pPr>
            <w:r w:rsidRPr="003A480E">
              <w:rPr>
                <w:rFonts w:ascii="Georgia" w:hAnsi="Georgia"/>
                <w:i/>
                <w:color w:val="6D7A43"/>
                <w:sz w:val="21"/>
                <w:lang w:val="nl-BE"/>
              </w:rPr>
              <w:t>Word deel van onze roedel</w:t>
            </w:r>
          </w:p>
        </w:tc>
      </w:tr>
    </w:tbl>
    <w:p w14:paraId="63F39EAD" w14:textId="77777777" w:rsidR="00CD32D2" w:rsidRPr="003A480E" w:rsidRDefault="008F67B7">
      <w:pPr>
        <w:spacing w:after="160"/>
        <w:jc w:val="center"/>
        <w:rPr>
          <w:lang w:val="nl-BE"/>
        </w:rPr>
      </w:pPr>
      <w:r w:rsidRPr="003A480E">
        <w:rPr>
          <w:b/>
          <w:color w:val="EA5B0C"/>
          <w:sz w:val="25"/>
          <w:lang w:val="nl-BE"/>
        </w:rPr>
        <w:t>SAMEN MAKEN WE DE BUURT WARMER.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:rsidRPr="00D6037E" w14:paraId="7B1B08A9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41B4F3B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5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6BB51FD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FFFFFF"/>
                <w:sz w:val="26"/>
                <w:lang w:val="nl-BE"/>
              </w:rPr>
              <w:t>OVER JOUW HOND(EN) - VERVOLG</w:t>
            </w:r>
          </w:p>
          <w:p w14:paraId="0B4542A9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color w:val="E8EEF2"/>
                <w:sz w:val="17"/>
                <w:lang w:val="nl-BE"/>
              </w:rPr>
              <w:t>Platinum laat maximaal drie geregistreerde honden toe.</w:t>
            </w:r>
          </w:p>
        </w:tc>
      </w:tr>
    </w:tbl>
    <w:p w14:paraId="57282F3C" w14:textId="77777777" w:rsidR="00CD32D2" w:rsidRPr="003A480E" w:rsidRDefault="00CD32D2">
      <w:pPr>
        <w:spacing w:after="0"/>
        <w:rPr>
          <w:lang w:val="nl-BE"/>
        </w:rPr>
      </w:pPr>
    </w:p>
    <w:p w14:paraId="3BA8E3BE" w14:textId="77777777" w:rsidR="00CD32D2" w:rsidRDefault="008F67B7">
      <w:pPr>
        <w:pStyle w:val="P4RH3"/>
      </w:pPr>
      <w:r>
        <w:t>HOND 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7E16D683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935CCC9" w14:textId="77777777" w:rsidR="00CD32D2" w:rsidRDefault="008F67B7">
            <w:r>
              <w:rPr>
                <w:b/>
                <w:color w:val="173B53"/>
                <w:sz w:val="19"/>
              </w:rPr>
              <w:t>Naam hond</w:t>
            </w:r>
          </w:p>
          <w:p w14:paraId="7FFE0FE9" w14:textId="669A72F6" w:rsidR="00CD32D2" w:rsidRDefault="00F26ABB">
            <w:pPr>
              <w:spacing w:before="40" w:after="0"/>
            </w:pPr>
            <w:sdt>
              <w:sdtPr>
                <w:alias w:val="HOND3_NAAM"/>
                <w:tag w:val="HOND3_NAAM"/>
                <w:id w:val="648400850"/>
                <w:showingPlcHdr/>
                <w:text/>
              </w:sdtPr>
              <w:sdtEndPr/>
              <w:sdtContent>
                <w:r w:rsidR="00A67E38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0B55621" w14:textId="77777777" w:rsidR="00CD32D2" w:rsidRDefault="008F67B7">
            <w:r>
              <w:rPr>
                <w:b/>
                <w:color w:val="173B53"/>
                <w:sz w:val="19"/>
              </w:rPr>
              <w:t>Ras of kruising</w:t>
            </w:r>
          </w:p>
          <w:p w14:paraId="57B60CD3" w14:textId="044AF6EF" w:rsidR="00CD32D2" w:rsidRDefault="00F26ABB">
            <w:pPr>
              <w:spacing w:before="40" w:after="0"/>
            </w:pPr>
            <w:sdt>
              <w:sdtPr>
                <w:alias w:val="HOND3_RAS"/>
                <w:tag w:val="HOND3_RAS"/>
                <w:id w:val="559679918"/>
                <w:showingPlcHdr/>
                <w:text/>
              </w:sdtPr>
              <w:sdtEndPr/>
              <w:sdtContent>
                <w:r w:rsidR="00A67E38">
                  <w:t xml:space="preserve">     </w:t>
                </w:r>
              </w:sdtContent>
            </w:sdt>
          </w:p>
        </w:tc>
      </w:tr>
      <w:tr w:rsidR="00CD32D2" w14:paraId="6E449454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4D3053F4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9"/>
                <w:lang w:val="nl-BE"/>
              </w:rPr>
              <w:t>Geboortedatum of leeftijd</w:t>
            </w:r>
          </w:p>
          <w:p w14:paraId="521194ED" w14:textId="6A497869" w:rsidR="00CD32D2" w:rsidRPr="003A480E" w:rsidRDefault="00F26ABB">
            <w:pPr>
              <w:spacing w:before="40" w:after="0"/>
              <w:rPr>
                <w:lang w:val="nl-BE"/>
              </w:rPr>
            </w:pPr>
            <w:sdt>
              <w:sdtPr>
                <w:rPr>
                  <w:lang w:val="nl-BE"/>
                </w:rPr>
                <w:alias w:val="HOND3_LEEFTIJD"/>
                <w:tag w:val="HOND3_LEEFTIJD"/>
                <w:id w:val="-1273785204"/>
                <w:showingPlcHdr/>
                <w:text/>
              </w:sdtPr>
              <w:sdtEndPr/>
              <w:sdtContent>
                <w:r w:rsidR="00A67E38">
                  <w:rPr>
                    <w:lang w:val="nl-BE"/>
                  </w:rPr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78B2769" w14:textId="77777777" w:rsidR="00CD32D2" w:rsidRDefault="008F67B7">
            <w:proofErr w:type="spellStart"/>
            <w:r>
              <w:rPr>
                <w:b/>
                <w:color w:val="173B53"/>
                <w:sz w:val="19"/>
              </w:rPr>
              <w:t>Geslacht</w:t>
            </w:r>
            <w:proofErr w:type="spellEnd"/>
          </w:p>
          <w:p w14:paraId="00739C6C" w14:textId="6F6A99E9" w:rsidR="00CD32D2" w:rsidRDefault="00F26ABB">
            <w:pPr>
              <w:spacing w:before="40" w:after="0"/>
            </w:pPr>
            <w:sdt>
              <w:sdtPr>
                <w:alias w:val="HOND3_GESLACHT"/>
                <w:tag w:val="HOND3_GESLACHT"/>
                <w:id w:val="631990842"/>
                <w:showingPlcHdr/>
                <w:text/>
              </w:sdtPr>
              <w:sdtEndPr/>
              <w:sdtContent>
                <w:r w:rsidR="00A67E38">
                  <w:t xml:space="preserve">     </w:t>
                </w:r>
              </w:sdtContent>
            </w:sdt>
          </w:p>
        </w:tc>
      </w:tr>
      <w:tr w:rsidR="00CD32D2" w14:paraId="367FE4E9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7FB4417" w14:textId="77777777" w:rsidR="00CD32D2" w:rsidRDefault="008F67B7">
            <w:r>
              <w:rPr>
                <w:b/>
                <w:color w:val="173B53"/>
                <w:sz w:val="19"/>
              </w:rPr>
              <w:t>Gecastreerd/gesteriliseerd</w:t>
            </w:r>
          </w:p>
          <w:p w14:paraId="5D70092F" w14:textId="6FC86260" w:rsidR="00CD32D2" w:rsidRDefault="00F26ABB">
            <w:pPr>
              <w:spacing w:before="40" w:after="0"/>
            </w:pPr>
            <w:sdt>
              <w:sdtPr>
                <w:alias w:val="HOND3_CASTRATIE"/>
                <w:tag w:val="HOND3_CASTRATIE"/>
                <w:id w:val="2063904667"/>
                <w:showingPlcHdr/>
                <w:text/>
              </w:sdtPr>
              <w:sdtEndPr/>
              <w:sdtContent>
                <w:r w:rsidR="00A67E38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2E1D4051" w14:textId="77777777" w:rsidR="00CD32D2" w:rsidRDefault="008F67B7">
            <w:r>
              <w:rPr>
                <w:b/>
                <w:color w:val="173B53"/>
                <w:sz w:val="19"/>
              </w:rPr>
              <w:t>Chipnummer (optioneel)</w:t>
            </w:r>
          </w:p>
          <w:p w14:paraId="33394103" w14:textId="54EE3642" w:rsidR="00CD32D2" w:rsidRDefault="00F26ABB">
            <w:pPr>
              <w:spacing w:before="40" w:after="0"/>
            </w:pPr>
            <w:sdt>
              <w:sdtPr>
                <w:alias w:val="HOND3_CHIP"/>
                <w:tag w:val="HOND3_CHIP"/>
                <w:id w:val="972488709"/>
                <w:showingPlcHdr/>
                <w:text/>
              </w:sdtPr>
              <w:sdtEndPr/>
              <w:sdtContent>
                <w:r w:rsidR="00A67E38">
                  <w:t xml:space="preserve">     </w:t>
                </w:r>
              </w:sdtContent>
            </w:sdt>
          </w:p>
        </w:tc>
      </w:tr>
    </w:tbl>
    <w:p w14:paraId="637D89CC" w14:textId="77777777" w:rsidR="00CD32D2" w:rsidRDefault="00CD32D2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CD32D2" w14:paraId="5E88AE47" w14:textId="77777777">
        <w:trPr>
          <w:jc w:val="center"/>
        </w:trPr>
        <w:tc>
          <w:tcPr>
            <w:tcW w:w="10488" w:type="dxa"/>
            <w:shd w:val="clear" w:color="auto" w:fill="FBF8F1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1C3811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8"/>
                <w:lang w:val="nl-BE"/>
              </w:rPr>
              <w:t>Karakter, gezondheid, voeding, omgang of andere aandachtspunten</w:t>
            </w:r>
          </w:p>
          <w:p w14:paraId="36140437" w14:textId="487570CB" w:rsidR="00CD32D2" w:rsidRDefault="00F26ABB">
            <w:sdt>
              <w:sdtPr>
                <w:alias w:val="HOND3_AANDACHTSPUNTEN"/>
                <w:tag w:val="HOND3_AANDACHTSPUNTEN"/>
                <w:id w:val="121662997"/>
                <w:showingPlcHdr/>
                <w:text/>
              </w:sdtPr>
              <w:sdtEndPr/>
              <w:sdtContent>
                <w:r w:rsidR="00A67E38">
                  <w:t xml:space="preserve">     </w:t>
                </w:r>
              </w:sdtContent>
            </w:sdt>
          </w:p>
          <w:p w14:paraId="6F9FBFA9" w14:textId="2C5A1075" w:rsidR="00A67E38" w:rsidRDefault="00A67E38"/>
        </w:tc>
      </w:tr>
    </w:tbl>
    <w:p w14:paraId="3C92CB9C" w14:textId="77777777" w:rsidR="00CD32D2" w:rsidRDefault="00CD32D2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:rsidRPr="00D6037E" w14:paraId="58AC5A08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99F623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6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B848E15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FFFFFF"/>
                <w:sz w:val="26"/>
                <w:lang w:val="nl-BE"/>
              </w:rPr>
              <w:t>VRIJWILLIGERSROL EN INTERESSES</w:t>
            </w:r>
          </w:p>
          <w:p w14:paraId="0E6B8841" w14:textId="77777777" w:rsidR="00A67E38" w:rsidRDefault="008F67B7">
            <w:pPr>
              <w:rPr>
                <w:color w:val="E8EEF2"/>
                <w:sz w:val="17"/>
                <w:lang w:val="nl-BE"/>
              </w:rPr>
            </w:pPr>
            <w:r w:rsidRPr="003A480E">
              <w:rPr>
                <w:color w:val="E8EEF2"/>
                <w:sz w:val="17"/>
                <w:lang w:val="nl-BE"/>
              </w:rPr>
              <w:t xml:space="preserve">Meerdere opties zijn mogelijk. </w:t>
            </w:r>
          </w:p>
          <w:p w14:paraId="674B8EA6" w14:textId="5C74F86E" w:rsidR="00CD32D2" w:rsidRPr="003A480E" w:rsidRDefault="008F67B7">
            <w:pPr>
              <w:rPr>
                <w:lang w:val="nl-BE"/>
              </w:rPr>
            </w:pPr>
            <w:r w:rsidRPr="003A480E">
              <w:rPr>
                <w:color w:val="E8EEF2"/>
                <w:sz w:val="17"/>
                <w:lang w:val="nl-BE"/>
              </w:rPr>
              <w:t>Deze keuzes staan los van het betalende lidmaatschap.</w:t>
            </w:r>
          </w:p>
        </w:tc>
      </w:tr>
    </w:tbl>
    <w:p w14:paraId="6706DC0A" w14:textId="77777777" w:rsidR="00CD32D2" w:rsidRPr="003A480E" w:rsidRDefault="00CD32D2">
      <w:pPr>
        <w:spacing w:after="0"/>
        <w:rPr>
          <w:lang w:val="nl-BE"/>
        </w:rPr>
      </w:pPr>
    </w:p>
    <w:p w14:paraId="0D34647F" w14:textId="77777777" w:rsidR="00CD32D2" w:rsidRPr="003A480E" w:rsidRDefault="008F67B7">
      <w:pPr>
        <w:ind w:left="113"/>
        <w:rPr>
          <w:lang w:val="nl-BE"/>
        </w:rPr>
      </w:pPr>
      <w:r w:rsidRPr="003A480E">
        <w:rPr>
          <w:b/>
          <w:sz w:val="19"/>
          <w:lang w:val="nl-BE"/>
        </w:rPr>
        <w:t>☐  Vrijwilliger bij activiteiten</w:t>
      </w:r>
      <w:r w:rsidRPr="003A480E">
        <w:rPr>
          <w:sz w:val="18"/>
          <w:lang w:val="nl-BE"/>
        </w:rPr>
        <w:t xml:space="preserve">    Praktische hulp, onthaal of buurtwerking.</w:t>
      </w:r>
    </w:p>
    <w:p w14:paraId="2E000F17" w14:textId="77777777" w:rsidR="00CD32D2" w:rsidRPr="003A480E" w:rsidRDefault="008F67B7">
      <w:pPr>
        <w:ind w:left="113"/>
        <w:rPr>
          <w:lang w:val="nl-BE"/>
        </w:rPr>
      </w:pPr>
      <w:r w:rsidRPr="003A480E">
        <w:rPr>
          <w:b/>
          <w:sz w:val="19"/>
          <w:lang w:val="nl-BE"/>
        </w:rPr>
        <w:t>☐  Wandelbuddy</w:t>
      </w:r>
      <w:r w:rsidRPr="003A480E">
        <w:rPr>
          <w:sz w:val="18"/>
          <w:lang w:val="nl-BE"/>
        </w:rPr>
        <w:t xml:space="preserve">    Een hond uitlaten of meehelpen tijdens wandelingen.</w:t>
      </w:r>
    </w:p>
    <w:p w14:paraId="534FAC9D" w14:textId="77777777" w:rsidR="00CD32D2" w:rsidRPr="003A480E" w:rsidRDefault="008F67B7">
      <w:pPr>
        <w:ind w:left="113"/>
        <w:rPr>
          <w:lang w:val="nl-BE"/>
        </w:rPr>
      </w:pPr>
      <w:r w:rsidRPr="003A480E">
        <w:rPr>
          <w:b/>
          <w:sz w:val="19"/>
          <w:lang w:val="nl-BE"/>
        </w:rPr>
        <w:t>☐  Gastgezin</w:t>
      </w:r>
      <w:r w:rsidRPr="003A480E">
        <w:rPr>
          <w:sz w:val="18"/>
          <w:lang w:val="nl-BE"/>
        </w:rPr>
        <w:t xml:space="preserve">    Tijdelijke opvang aanbieden na intake en afspraken.</w:t>
      </w:r>
    </w:p>
    <w:p w14:paraId="329DD2E9" w14:textId="77777777" w:rsidR="00CD32D2" w:rsidRPr="003A480E" w:rsidRDefault="008F67B7">
      <w:pPr>
        <w:ind w:left="113"/>
        <w:rPr>
          <w:lang w:val="nl-BE"/>
        </w:rPr>
      </w:pPr>
      <w:r w:rsidRPr="003A480E">
        <w:rPr>
          <w:b/>
          <w:sz w:val="19"/>
          <w:lang w:val="nl-BE"/>
        </w:rPr>
        <w:t>☐  Vervoersvrijwilliger</w:t>
      </w:r>
      <w:r w:rsidRPr="003A480E">
        <w:rPr>
          <w:sz w:val="18"/>
          <w:lang w:val="nl-BE"/>
        </w:rPr>
        <w:t xml:space="preserve">    Ondersteunen bij lokaal vervoer indien haalbaar.</w:t>
      </w:r>
    </w:p>
    <w:p w14:paraId="6BB1003F" w14:textId="77777777" w:rsidR="00CD32D2" w:rsidRPr="003A480E" w:rsidRDefault="008F67B7">
      <w:pPr>
        <w:ind w:left="113"/>
        <w:rPr>
          <w:lang w:val="nl-BE"/>
        </w:rPr>
      </w:pPr>
      <w:r w:rsidRPr="003A480E">
        <w:rPr>
          <w:b/>
          <w:sz w:val="19"/>
          <w:lang w:val="nl-BE"/>
        </w:rPr>
        <w:t>☐  Expertisevrijwilliger</w:t>
      </w:r>
      <w:r w:rsidRPr="003A480E">
        <w:rPr>
          <w:sz w:val="18"/>
          <w:lang w:val="nl-BE"/>
        </w:rPr>
        <w:t xml:space="preserve">    Kennis delen rond honden, communicatie, administratie of organisatie.</w:t>
      </w:r>
    </w:p>
    <w:p w14:paraId="0063554B" w14:textId="77777777" w:rsidR="00CD32D2" w:rsidRDefault="008F67B7">
      <w:pPr>
        <w:ind w:left="113"/>
        <w:rPr>
          <w:sz w:val="18"/>
          <w:lang w:val="nl-BE"/>
        </w:rPr>
      </w:pPr>
      <w:r w:rsidRPr="003A480E">
        <w:rPr>
          <w:b/>
          <w:sz w:val="19"/>
          <w:lang w:val="nl-BE"/>
        </w:rPr>
        <w:t>☐  Geen vrijwilligersrol</w:t>
      </w:r>
      <w:r w:rsidRPr="003A480E">
        <w:rPr>
          <w:sz w:val="18"/>
          <w:lang w:val="nl-BE"/>
        </w:rPr>
        <w:t xml:space="preserve">    Ik wil voorlopig alleen lid of deelnemer zijn.</w:t>
      </w:r>
    </w:p>
    <w:p w14:paraId="047113AA" w14:textId="77777777" w:rsidR="003A480E" w:rsidRPr="003A480E" w:rsidRDefault="003A480E">
      <w:pPr>
        <w:ind w:left="113"/>
        <w:rPr>
          <w:lang w:val="nl-BE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:rsidRPr="00D6037E" w14:paraId="3173ACC0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DCBE101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7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183DD80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FFFFFF"/>
                <w:sz w:val="26"/>
                <w:lang w:val="nl-BE"/>
              </w:rPr>
              <w:t>INTERESSES EN DIENSTEN</w:t>
            </w:r>
          </w:p>
          <w:p w14:paraId="0AD53C36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color w:val="E8EEF2"/>
                <w:sz w:val="17"/>
                <w:lang w:val="nl-BE"/>
              </w:rPr>
              <w:t>Duid aan waarover Pet-4-Rent je informatie mag bezorgen.</w:t>
            </w:r>
          </w:p>
        </w:tc>
      </w:tr>
    </w:tbl>
    <w:p w14:paraId="3DB70004" w14:textId="77777777" w:rsidR="00CD32D2" w:rsidRPr="003A480E" w:rsidRDefault="00CD32D2">
      <w:pPr>
        <w:spacing w:after="0"/>
        <w:rPr>
          <w:lang w:val="nl-BE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2C1072EF" w14:textId="77777777">
        <w:trPr>
          <w:jc w:val="center"/>
        </w:trPr>
        <w:tc>
          <w:tcPr>
            <w:tcW w:w="52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88711F" w14:textId="77777777" w:rsidR="00CD32D2" w:rsidRDefault="008F67B7">
            <w:r>
              <w:rPr>
                <w:sz w:val="18"/>
              </w:rPr>
              <w:t xml:space="preserve">☐  </w:t>
            </w:r>
            <w:proofErr w:type="spellStart"/>
            <w:r>
              <w:rPr>
                <w:sz w:val="18"/>
              </w:rPr>
              <w:t>Groepswandelingen</w:t>
            </w:r>
            <w:proofErr w:type="spellEnd"/>
          </w:p>
        </w:tc>
        <w:tc>
          <w:tcPr>
            <w:tcW w:w="52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6879AA" w14:textId="77777777" w:rsidR="00CD32D2" w:rsidRDefault="008F67B7">
            <w:r>
              <w:rPr>
                <w:sz w:val="18"/>
              </w:rPr>
              <w:t>☐  Individuele wandelservice</w:t>
            </w:r>
          </w:p>
        </w:tc>
      </w:tr>
      <w:tr w:rsidR="00CD32D2" w14:paraId="34BE3127" w14:textId="77777777">
        <w:trPr>
          <w:jc w:val="center"/>
        </w:trPr>
        <w:tc>
          <w:tcPr>
            <w:tcW w:w="52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15FE30" w14:textId="77777777" w:rsidR="00CD32D2" w:rsidRDefault="008F67B7">
            <w:r>
              <w:rPr>
                <w:sz w:val="18"/>
              </w:rPr>
              <w:t>☐  Coaching</w:t>
            </w:r>
          </w:p>
        </w:tc>
        <w:tc>
          <w:tcPr>
            <w:tcW w:w="52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C53639" w14:textId="77777777" w:rsidR="00CD32D2" w:rsidRDefault="008F67B7">
            <w:r>
              <w:rPr>
                <w:sz w:val="18"/>
              </w:rPr>
              <w:t>☐  Basisverzorging</w:t>
            </w:r>
          </w:p>
        </w:tc>
      </w:tr>
      <w:tr w:rsidR="00CD32D2" w14:paraId="6AF5F058" w14:textId="77777777">
        <w:trPr>
          <w:jc w:val="center"/>
        </w:trPr>
        <w:tc>
          <w:tcPr>
            <w:tcW w:w="52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707629" w14:textId="77777777" w:rsidR="00CD32D2" w:rsidRDefault="008F67B7">
            <w:r>
              <w:rPr>
                <w:sz w:val="18"/>
              </w:rPr>
              <w:t>☐  Community-opvang zoeken</w:t>
            </w:r>
          </w:p>
        </w:tc>
        <w:tc>
          <w:tcPr>
            <w:tcW w:w="52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7210A9" w14:textId="77777777" w:rsidR="00CD32D2" w:rsidRDefault="008F67B7">
            <w:r>
              <w:rPr>
                <w:sz w:val="18"/>
              </w:rPr>
              <w:t>☐  Workshops en lezingen</w:t>
            </w:r>
          </w:p>
        </w:tc>
      </w:tr>
      <w:tr w:rsidR="00CD32D2" w14:paraId="6C05EAB6" w14:textId="77777777">
        <w:trPr>
          <w:jc w:val="center"/>
        </w:trPr>
        <w:tc>
          <w:tcPr>
            <w:tcW w:w="52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124EB6" w14:textId="77777777" w:rsidR="00CD32D2" w:rsidRDefault="008F67B7">
            <w:r>
              <w:rPr>
                <w:sz w:val="18"/>
              </w:rPr>
              <w:t>☐  Activiteiten en ontmoetingen</w:t>
            </w:r>
          </w:p>
        </w:tc>
        <w:tc>
          <w:tcPr>
            <w:tcW w:w="52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6287F0" w14:textId="77777777" w:rsidR="00CD32D2" w:rsidRDefault="008F67B7">
            <w:r>
              <w:rPr>
                <w:sz w:val="18"/>
              </w:rPr>
              <w:t>☐  Buurtinitiatieven</w:t>
            </w:r>
          </w:p>
        </w:tc>
      </w:tr>
      <w:tr w:rsidR="00CD32D2" w14:paraId="28ABB13E" w14:textId="77777777">
        <w:trPr>
          <w:jc w:val="center"/>
        </w:trPr>
        <w:tc>
          <w:tcPr>
            <w:tcW w:w="52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0A30F1" w14:textId="77777777" w:rsidR="00CD32D2" w:rsidRDefault="008F67B7">
            <w:r>
              <w:rPr>
                <w:sz w:val="18"/>
              </w:rPr>
              <w:t>☐  Kennismaking zonder directe vraag</w:t>
            </w:r>
          </w:p>
        </w:tc>
        <w:tc>
          <w:tcPr>
            <w:tcW w:w="5244" w:type="dxa"/>
          </w:tcPr>
          <w:p w14:paraId="34046BE3" w14:textId="48A78580" w:rsidR="00CD32D2" w:rsidRDefault="008F67B7">
            <w:r>
              <w:t xml:space="preserve">☐  Andere: </w:t>
            </w:r>
            <w:sdt>
              <w:sdtPr>
                <w:alias w:val="ANDERE_INTERESSE"/>
                <w:tag w:val="ANDERE_INTERESSE"/>
                <w:id w:val="1858236685"/>
                <w:showingPlcHdr/>
                <w:text/>
              </w:sdtPr>
              <w:sdtEndPr/>
              <w:sdtContent>
                <w:r w:rsidR="003A480E">
                  <w:t xml:space="preserve">     </w:t>
                </w:r>
              </w:sdtContent>
            </w:sdt>
          </w:p>
        </w:tc>
      </w:tr>
    </w:tbl>
    <w:p w14:paraId="5DBB5FD4" w14:textId="77777777" w:rsidR="00CD32D2" w:rsidRDefault="008F67B7"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6690"/>
      </w:tblGrid>
      <w:tr w:rsidR="00CD32D2" w:rsidRPr="00D6037E" w14:paraId="14164A27" w14:textId="77777777">
        <w:trPr>
          <w:jc w:val="center"/>
        </w:trPr>
        <w:tc>
          <w:tcPr>
            <w:tcW w:w="3572" w:type="dxa"/>
          </w:tcPr>
          <w:p w14:paraId="78582CB7" w14:textId="77777777" w:rsidR="00CD32D2" w:rsidRDefault="008F67B7">
            <w:r>
              <w:rPr>
                <w:noProof/>
              </w:rPr>
              <w:lastRenderedPageBreak/>
              <w:drawing>
                <wp:inline distT="0" distB="0" distL="0" distR="0" wp14:anchorId="29A6949A" wp14:editId="769FAB0A">
                  <wp:extent cx="1512000" cy="52338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52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0" w:type="dxa"/>
          </w:tcPr>
          <w:p w14:paraId="69B86D7A" w14:textId="77777777" w:rsidR="00CD32D2" w:rsidRPr="003A480E" w:rsidRDefault="008F67B7">
            <w:pPr>
              <w:jc w:val="right"/>
              <w:rPr>
                <w:lang w:val="nl-BE"/>
              </w:rPr>
            </w:pPr>
            <w:r w:rsidRPr="003A480E">
              <w:rPr>
                <w:rFonts w:ascii="Aptos Display" w:hAnsi="Aptos Display"/>
                <w:b/>
                <w:color w:val="173B53"/>
                <w:sz w:val="46"/>
                <w:lang w:val="nl-BE"/>
              </w:rPr>
              <w:t>TOETREDINGSFORMULIER</w:t>
            </w:r>
          </w:p>
          <w:p w14:paraId="634CCB0B" w14:textId="77777777" w:rsidR="00CD32D2" w:rsidRPr="003A480E" w:rsidRDefault="008F67B7">
            <w:pPr>
              <w:jc w:val="right"/>
              <w:rPr>
                <w:lang w:val="nl-BE"/>
              </w:rPr>
            </w:pPr>
            <w:r w:rsidRPr="003A480E">
              <w:rPr>
                <w:rFonts w:ascii="Georgia" w:hAnsi="Georgia"/>
                <w:i/>
                <w:color w:val="6D7A43"/>
                <w:sz w:val="21"/>
                <w:lang w:val="nl-BE"/>
              </w:rPr>
              <w:t>Word deel van onze roedel</w:t>
            </w:r>
          </w:p>
        </w:tc>
      </w:tr>
    </w:tbl>
    <w:p w14:paraId="362775E3" w14:textId="77777777" w:rsidR="00CD32D2" w:rsidRPr="003A480E" w:rsidRDefault="008F67B7">
      <w:pPr>
        <w:spacing w:after="160"/>
        <w:jc w:val="center"/>
        <w:rPr>
          <w:lang w:val="nl-BE"/>
        </w:rPr>
      </w:pPr>
      <w:r w:rsidRPr="003A480E">
        <w:rPr>
          <w:b/>
          <w:color w:val="EA5B0C"/>
          <w:sz w:val="25"/>
          <w:lang w:val="nl-BE"/>
        </w:rPr>
        <w:t>SAMEN MAKEN WE DE BUURT WARMER.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:rsidRPr="00D6037E" w14:paraId="0BDEBFFF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E25664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8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018F465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FFFFFF"/>
                <w:sz w:val="26"/>
                <w:lang w:val="nl-BE"/>
              </w:rPr>
              <w:t>BESCHIKBAARHEID</w:t>
            </w:r>
          </w:p>
          <w:p w14:paraId="3864BE21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color w:val="E8EEF2"/>
                <w:sz w:val="17"/>
                <w:lang w:val="nl-BE"/>
              </w:rPr>
              <w:t>Alleen invullen wanneer je vrijwilligerswerk wilt doen.</w:t>
            </w:r>
          </w:p>
        </w:tc>
      </w:tr>
    </w:tbl>
    <w:p w14:paraId="7B786277" w14:textId="77777777" w:rsidR="00CD32D2" w:rsidRPr="003A480E" w:rsidRDefault="00CD32D2">
      <w:pPr>
        <w:spacing w:after="0"/>
        <w:rPr>
          <w:lang w:val="nl-BE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:rsidRPr="003A480E" w14:paraId="683D3121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4665E59" w14:textId="77777777" w:rsidR="00CD32D2" w:rsidRDefault="008F67B7">
            <w:proofErr w:type="spellStart"/>
            <w:r>
              <w:rPr>
                <w:b/>
                <w:color w:val="173B53"/>
                <w:sz w:val="19"/>
              </w:rPr>
              <w:t>Beschikbaar</w:t>
            </w:r>
            <w:proofErr w:type="spellEnd"/>
            <w:r>
              <w:rPr>
                <w:b/>
                <w:color w:val="173B53"/>
                <w:sz w:val="19"/>
              </w:rPr>
              <w:t xml:space="preserve">: </w:t>
            </w:r>
            <w:proofErr w:type="spellStart"/>
            <w:r>
              <w:rPr>
                <w:b/>
                <w:color w:val="173B53"/>
                <w:sz w:val="19"/>
              </w:rPr>
              <w:t>weekdagen</w:t>
            </w:r>
            <w:proofErr w:type="spellEnd"/>
            <w:r>
              <w:rPr>
                <w:b/>
                <w:color w:val="173B53"/>
                <w:sz w:val="19"/>
              </w:rPr>
              <w:t xml:space="preserve"> / weekend</w:t>
            </w:r>
          </w:p>
          <w:p w14:paraId="763E648E" w14:textId="00C9022B" w:rsidR="00CD32D2" w:rsidRDefault="00F26ABB">
            <w:pPr>
              <w:spacing w:before="40" w:after="0"/>
            </w:pPr>
            <w:sdt>
              <w:sdtPr>
                <w:alias w:val="BESCHIKBAAR"/>
                <w:tag w:val="BESCHIKBAAR"/>
                <w:id w:val="1499846061"/>
                <w:showingPlcHdr/>
                <w:text/>
              </w:sdtPr>
              <w:sdtEndPr/>
              <w:sdtContent>
                <w:r w:rsidR="00054AA0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2A48ED3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9"/>
                <w:lang w:val="nl-BE"/>
              </w:rPr>
              <w:t>Moment: ochtend / namiddag / avond</w:t>
            </w:r>
          </w:p>
          <w:p w14:paraId="0E081C95" w14:textId="4A093CAE" w:rsidR="00CD32D2" w:rsidRPr="003A480E" w:rsidRDefault="00F26ABB">
            <w:pPr>
              <w:spacing w:before="40" w:after="0"/>
              <w:rPr>
                <w:lang w:val="nl-BE"/>
              </w:rPr>
            </w:pPr>
            <w:sdt>
              <w:sdtPr>
                <w:rPr>
                  <w:lang w:val="nl-BE"/>
                </w:rPr>
                <w:alias w:val="MOMENT"/>
                <w:tag w:val="MOMENT"/>
                <w:id w:val="-943461794"/>
                <w:showingPlcHdr/>
                <w:text/>
              </w:sdtPr>
              <w:sdtEndPr/>
              <w:sdtContent>
                <w:r w:rsidR="00054AA0">
                  <w:rPr>
                    <w:lang w:val="nl-BE"/>
                  </w:rPr>
                  <w:t xml:space="preserve">     </w:t>
                </w:r>
              </w:sdtContent>
            </w:sdt>
          </w:p>
        </w:tc>
      </w:tr>
      <w:tr w:rsidR="00CD32D2" w14:paraId="6915EF96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E92B740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9"/>
                <w:lang w:val="nl-BE"/>
              </w:rPr>
              <w:t>Frequentie: occasioneel / maandelijks / wekelijks</w:t>
            </w:r>
          </w:p>
          <w:p w14:paraId="2D8CDA2F" w14:textId="719EC1B3" w:rsidR="00CD32D2" w:rsidRPr="003A480E" w:rsidRDefault="00F26ABB">
            <w:pPr>
              <w:spacing w:before="40" w:after="0"/>
              <w:rPr>
                <w:lang w:val="nl-BE"/>
              </w:rPr>
            </w:pPr>
            <w:sdt>
              <w:sdtPr>
                <w:rPr>
                  <w:lang w:val="nl-BE"/>
                </w:rPr>
                <w:alias w:val="FREQUENTIE"/>
                <w:tag w:val="FREQUENTIE"/>
                <w:id w:val="-2005112205"/>
                <w:showingPlcHdr/>
                <w:text/>
              </w:sdtPr>
              <w:sdtEndPr/>
              <w:sdtContent>
                <w:r w:rsidR="00054AA0">
                  <w:rPr>
                    <w:lang w:val="nl-BE"/>
                  </w:rPr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F9AFEF1" w14:textId="77777777" w:rsidR="00CD32D2" w:rsidRDefault="008F67B7">
            <w:r>
              <w:rPr>
                <w:b/>
                <w:color w:val="173B53"/>
                <w:sz w:val="19"/>
              </w:rPr>
              <w:t xml:space="preserve">Start </w:t>
            </w:r>
            <w:proofErr w:type="spellStart"/>
            <w:r>
              <w:rPr>
                <w:b/>
                <w:color w:val="173B53"/>
                <w:sz w:val="19"/>
              </w:rPr>
              <w:t>vanaf</w:t>
            </w:r>
            <w:proofErr w:type="spellEnd"/>
          </w:p>
          <w:p w14:paraId="48330A10" w14:textId="74324D4F" w:rsidR="00CD32D2" w:rsidRDefault="00F26ABB">
            <w:pPr>
              <w:spacing w:before="40" w:after="0"/>
            </w:pPr>
            <w:sdt>
              <w:sdtPr>
                <w:alias w:val="START"/>
                <w:tag w:val="START"/>
                <w:id w:val="344069536"/>
                <w:showingPlcHdr/>
                <w:text/>
              </w:sdtPr>
              <w:sdtEndPr/>
              <w:sdtContent>
                <w:r w:rsidR="00054AA0">
                  <w:t xml:space="preserve">     </w:t>
                </w:r>
              </w:sdtContent>
            </w:sdt>
          </w:p>
        </w:tc>
      </w:tr>
      <w:tr w:rsidR="00CD32D2" w:rsidRPr="00D6037E" w14:paraId="19231D36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9953D4A" w14:textId="77777777" w:rsidR="00CD32D2" w:rsidRDefault="008F67B7">
            <w:r>
              <w:rPr>
                <w:b/>
                <w:color w:val="173B53"/>
                <w:sz w:val="19"/>
              </w:rPr>
              <w:t>Voorkeursregio / maximale afstand</w:t>
            </w:r>
          </w:p>
          <w:p w14:paraId="3D5CF3A9" w14:textId="4AB9FC7D" w:rsidR="00CD32D2" w:rsidRDefault="00F26ABB">
            <w:pPr>
              <w:spacing w:before="40" w:after="0"/>
            </w:pPr>
            <w:sdt>
              <w:sdtPr>
                <w:alias w:val="REGIO"/>
                <w:tag w:val="REGIO"/>
                <w:id w:val="-280412069"/>
                <w:showingPlcHdr/>
                <w:text/>
              </w:sdtPr>
              <w:sdtEndPr/>
              <w:sdtContent>
                <w:r w:rsidR="00054AA0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31FC6194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b/>
                <w:color w:val="173B53"/>
                <w:sz w:val="19"/>
                <w:lang w:val="nl-BE"/>
              </w:rPr>
              <w:t>Vervoer: auto / fiets / te voet</w:t>
            </w:r>
          </w:p>
          <w:p w14:paraId="3A3833AC" w14:textId="24F9E356" w:rsidR="00CD32D2" w:rsidRPr="003A480E" w:rsidRDefault="00F26ABB">
            <w:pPr>
              <w:spacing w:before="40" w:after="0"/>
              <w:rPr>
                <w:lang w:val="nl-BE"/>
              </w:rPr>
            </w:pPr>
            <w:sdt>
              <w:sdtPr>
                <w:rPr>
                  <w:lang w:val="nl-BE"/>
                </w:rPr>
                <w:alias w:val="VERVOER"/>
                <w:tag w:val="VERVOER"/>
                <w:id w:val="589050047"/>
                <w:showingPlcHdr/>
                <w:text/>
              </w:sdtPr>
              <w:sdtEndPr/>
              <w:sdtContent>
                <w:r w:rsidR="00054AA0">
                  <w:rPr>
                    <w:lang w:val="nl-BE"/>
                  </w:rPr>
                  <w:t xml:space="preserve">     </w:t>
                </w:r>
              </w:sdtContent>
            </w:sdt>
          </w:p>
        </w:tc>
      </w:tr>
    </w:tbl>
    <w:p w14:paraId="73245E48" w14:textId="77777777" w:rsidR="00CD32D2" w:rsidRPr="003A480E" w:rsidRDefault="00CD32D2">
      <w:pPr>
        <w:spacing w:after="0"/>
        <w:rPr>
          <w:lang w:val="nl-BE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27EDFB63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41DCCD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9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AC08CFF" w14:textId="77777777" w:rsidR="00CD32D2" w:rsidRDefault="008F67B7">
            <w:r>
              <w:rPr>
                <w:b/>
                <w:color w:val="FFFFFF"/>
                <w:sz w:val="26"/>
              </w:rPr>
              <w:t>COMMUNICATIEVOORKEUREN</w:t>
            </w:r>
          </w:p>
        </w:tc>
      </w:tr>
    </w:tbl>
    <w:p w14:paraId="6FD1DC41" w14:textId="77777777" w:rsidR="00CD32D2" w:rsidRDefault="00CD32D2">
      <w:pPr>
        <w:spacing w:after="0"/>
      </w:pPr>
    </w:p>
    <w:p w14:paraId="788E6AAB" w14:textId="77777777" w:rsidR="003A480E" w:rsidRDefault="008F67B7">
      <w:pPr>
        <w:ind w:left="113"/>
        <w:rPr>
          <w:sz w:val="19"/>
          <w:lang w:val="nl-BE"/>
        </w:rPr>
      </w:pPr>
      <w:r w:rsidRPr="003A480E">
        <w:rPr>
          <w:sz w:val="19"/>
          <w:lang w:val="nl-BE"/>
        </w:rPr>
        <w:t xml:space="preserve">☐  Pet-4-Rent mag mij praktische berichten sturen via: </w:t>
      </w:r>
    </w:p>
    <w:p w14:paraId="60FB9AE7" w14:textId="36D73163" w:rsidR="00CD32D2" w:rsidRPr="003A480E" w:rsidRDefault="008F67B7" w:rsidP="003A480E">
      <w:pPr>
        <w:ind w:left="113" w:firstLine="607"/>
        <w:rPr>
          <w:lang w:val="nl-BE"/>
        </w:rPr>
      </w:pPr>
      <w:r w:rsidRPr="003A480E">
        <w:rPr>
          <w:sz w:val="19"/>
          <w:lang w:val="nl-BE"/>
        </w:rPr>
        <w:t>☐ e-mail   ☐ WhatsApp   ☐ telefonisch indien nodig</w:t>
      </w:r>
    </w:p>
    <w:p w14:paraId="2F728256" w14:textId="77777777" w:rsidR="00CD32D2" w:rsidRPr="003A480E" w:rsidRDefault="008F67B7">
      <w:pPr>
        <w:ind w:left="113"/>
        <w:rPr>
          <w:lang w:val="nl-BE"/>
        </w:rPr>
      </w:pPr>
      <w:r w:rsidRPr="003A480E">
        <w:rPr>
          <w:sz w:val="19"/>
          <w:lang w:val="nl-BE"/>
        </w:rPr>
        <w:t>☐  Ik ontvang graag de algemene nieuwsbrief en uitnodigingen per e-mail.</w:t>
      </w:r>
    </w:p>
    <w:p w14:paraId="14FA8714" w14:textId="77777777" w:rsidR="003A480E" w:rsidRDefault="008F67B7">
      <w:pPr>
        <w:ind w:left="113"/>
        <w:rPr>
          <w:sz w:val="19"/>
          <w:lang w:val="nl-BE"/>
        </w:rPr>
      </w:pPr>
      <w:r w:rsidRPr="003A480E">
        <w:rPr>
          <w:sz w:val="19"/>
          <w:lang w:val="nl-BE"/>
        </w:rPr>
        <w:t xml:space="preserve">☐  Ik wil ook informatie ontvangen via: </w:t>
      </w:r>
    </w:p>
    <w:p w14:paraId="56FEDEBA" w14:textId="0A9F1BCF" w:rsidR="00CD32D2" w:rsidRPr="003A480E" w:rsidRDefault="008F67B7" w:rsidP="003A480E">
      <w:pPr>
        <w:ind w:left="113" w:firstLine="607"/>
        <w:rPr>
          <w:lang w:val="nl-BE"/>
        </w:rPr>
      </w:pPr>
      <w:r w:rsidRPr="003A480E">
        <w:rPr>
          <w:sz w:val="19"/>
          <w:lang w:val="nl-BE"/>
        </w:rPr>
        <w:t xml:space="preserve">☐ Facebook   ☐ Instagram   ☐ </w:t>
      </w:r>
      <w:proofErr w:type="spellStart"/>
      <w:r w:rsidRPr="003A480E">
        <w:rPr>
          <w:sz w:val="19"/>
          <w:lang w:val="nl-BE"/>
        </w:rPr>
        <w:t>Hoplr</w:t>
      </w:r>
      <w:proofErr w:type="spellEnd"/>
    </w:p>
    <w:p w14:paraId="599AF762" w14:textId="77777777" w:rsidR="00054AA0" w:rsidRDefault="00054AA0">
      <w:pPr>
        <w:rPr>
          <w:b/>
          <w:sz w:val="18"/>
          <w:lang w:val="nl-BE"/>
        </w:rPr>
      </w:pPr>
    </w:p>
    <w:p w14:paraId="0AB37C56" w14:textId="51F90754" w:rsidR="00CD32D2" w:rsidRPr="00D6037E" w:rsidRDefault="008F67B7">
      <w:pPr>
        <w:rPr>
          <w:lang w:val="nl-BE"/>
        </w:rPr>
      </w:pPr>
      <w:r w:rsidRPr="00D6037E">
        <w:rPr>
          <w:b/>
          <w:sz w:val="18"/>
          <w:lang w:val="nl-BE"/>
        </w:rPr>
        <w:t xml:space="preserve">Mijn voorkeurskanaal is: </w:t>
      </w:r>
      <w:sdt>
        <w:sdtPr>
          <w:alias w:val="VOORKEURSKANAAL"/>
          <w:tag w:val="VOORKEURSKANAAL"/>
          <w:id w:val="1377896043"/>
          <w:showingPlcHdr/>
          <w:text/>
        </w:sdtPr>
        <w:sdtEndPr/>
        <w:sdtContent>
          <w:r w:rsidR="003A480E" w:rsidRPr="00D6037E">
            <w:rPr>
              <w:lang w:val="nl-BE"/>
            </w:rPr>
            <w:t xml:space="preserve">     </w:t>
          </w:r>
        </w:sdtContent>
      </w:sdt>
    </w:p>
    <w:p w14:paraId="577B78D4" w14:textId="77777777" w:rsidR="003A480E" w:rsidRDefault="003A480E">
      <w:pPr>
        <w:rPr>
          <w:lang w:val="nl-BE"/>
        </w:rPr>
      </w:pPr>
    </w:p>
    <w:p w14:paraId="265625E8" w14:textId="77777777" w:rsidR="00054AA0" w:rsidRPr="00D6037E" w:rsidRDefault="00054AA0">
      <w:pPr>
        <w:rPr>
          <w:lang w:val="nl-BE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36D40EEB" w14:textId="77777777">
        <w:trPr>
          <w:jc w:val="center"/>
        </w:trPr>
        <w:tc>
          <w:tcPr>
            <w:tcW w:w="5244" w:type="dxa"/>
            <w:shd w:val="clear" w:color="auto" w:fill="EA5B0C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B59EE6" w14:textId="77777777" w:rsidR="00CD32D2" w:rsidRDefault="008F67B7">
            <w:pPr>
              <w:jc w:val="center"/>
            </w:pPr>
            <w:r>
              <w:rPr>
                <w:b/>
                <w:color w:val="FFFFFF"/>
                <w:sz w:val="26"/>
              </w:rPr>
              <w:t>10</w:t>
            </w:r>
          </w:p>
        </w:tc>
        <w:tc>
          <w:tcPr>
            <w:tcW w:w="5244" w:type="dxa"/>
            <w:shd w:val="clear" w:color="auto" w:fill="173B5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C9DA51D" w14:textId="77777777" w:rsidR="00CD32D2" w:rsidRDefault="008F67B7">
            <w:r>
              <w:rPr>
                <w:b/>
                <w:color w:val="FFFFFF"/>
                <w:sz w:val="26"/>
              </w:rPr>
              <w:t>TOESTEMMING EN ONDERTEKENING</w:t>
            </w:r>
          </w:p>
        </w:tc>
      </w:tr>
    </w:tbl>
    <w:p w14:paraId="004D2EDB" w14:textId="77777777" w:rsidR="00CD32D2" w:rsidRDefault="00CD32D2">
      <w:pPr>
        <w:spacing w:after="0"/>
      </w:pPr>
    </w:p>
    <w:p w14:paraId="2C0B4719" w14:textId="77777777" w:rsidR="00CD32D2" w:rsidRPr="003A480E" w:rsidRDefault="008F67B7">
      <w:pPr>
        <w:ind w:left="113"/>
        <w:rPr>
          <w:lang w:val="nl-BE"/>
        </w:rPr>
      </w:pPr>
      <w:r w:rsidRPr="003A480E">
        <w:rPr>
          <w:sz w:val="19"/>
          <w:lang w:val="nl-BE"/>
        </w:rPr>
        <w:t>☐  Ik bevestig dat de ingevulde gegevens correct zijn en dat Pet-4-Rent mij mag contacteren over mijn inschrijving, lidmaatschap, vrijwilligersrol en gekozen interesses.</w:t>
      </w:r>
    </w:p>
    <w:p w14:paraId="47B3651F" w14:textId="77777777" w:rsidR="00CD32D2" w:rsidRPr="003A480E" w:rsidRDefault="008F67B7">
      <w:pPr>
        <w:ind w:left="113"/>
        <w:rPr>
          <w:lang w:val="nl-BE"/>
        </w:rPr>
      </w:pPr>
      <w:r w:rsidRPr="003A480E">
        <w:rPr>
          <w:sz w:val="19"/>
          <w:lang w:val="nl-BE"/>
        </w:rPr>
        <w:t>☐  Ik geef toestemming om mijn gegevens te verwerken voor ledenbeheer, vrijwilligerswerking, verzekering, praktische organisatie en dienstverlening. Gegevens worden alleen gedeeld wanneer dit noodzakelijk en rechtmatig is.</w:t>
      </w:r>
    </w:p>
    <w:p w14:paraId="483B32B9" w14:textId="77777777" w:rsidR="00CD32D2" w:rsidRPr="003A480E" w:rsidRDefault="008F67B7">
      <w:pPr>
        <w:ind w:left="113"/>
        <w:rPr>
          <w:lang w:val="nl-BE"/>
        </w:rPr>
      </w:pPr>
      <w:r w:rsidRPr="003A480E">
        <w:rPr>
          <w:sz w:val="19"/>
          <w:lang w:val="nl-BE"/>
        </w:rPr>
        <w:t>☐  Ik ga akkoord met de geldende afspraken, huisregels en eventuele aanvullende voorwaarden voor activiteiten, diensten, vrijwilligerswerk of opvang.</w:t>
      </w:r>
    </w:p>
    <w:p w14:paraId="6D937D94" w14:textId="77777777" w:rsidR="003A480E" w:rsidRDefault="008F67B7" w:rsidP="003A480E">
      <w:pPr>
        <w:ind w:left="113"/>
        <w:rPr>
          <w:sz w:val="19"/>
          <w:lang w:val="nl-BE"/>
        </w:rPr>
      </w:pPr>
      <w:r w:rsidRPr="003A480E">
        <w:rPr>
          <w:sz w:val="19"/>
          <w:lang w:val="nl-BE"/>
        </w:rPr>
        <w:t xml:space="preserve">☐  Optioneel: ik geef toestemming voor gebruik van herkenbare foto’s van mij en/of mijn hond in communicatie van Pet-4-Rent.   </w:t>
      </w:r>
    </w:p>
    <w:p w14:paraId="2215C298" w14:textId="6A1CCA8D" w:rsidR="00CD32D2" w:rsidRDefault="008F67B7" w:rsidP="003A480E">
      <w:pPr>
        <w:ind w:left="113" w:firstLine="607"/>
        <w:rPr>
          <w:sz w:val="19"/>
        </w:rPr>
      </w:pPr>
      <w:r>
        <w:rPr>
          <w:sz w:val="19"/>
        </w:rPr>
        <w:t>☐ ja   ☐ nee</w:t>
      </w:r>
    </w:p>
    <w:p w14:paraId="17672A1F" w14:textId="77777777" w:rsidR="00054AA0" w:rsidRDefault="00054AA0" w:rsidP="00054AA0"/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CD32D2" w14:paraId="5A082030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37D6FD76" w14:textId="77777777" w:rsidR="00CD32D2" w:rsidRDefault="008F67B7">
            <w:r>
              <w:rPr>
                <w:b/>
                <w:color w:val="173B53"/>
                <w:sz w:val="19"/>
              </w:rPr>
              <w:t>Plaats</w:t>
            </w:r>
          </w:p>
          <w:p w14:paraId="4DC67334" w14:textId="64908A6F" w:rsidR="00CD32D2" w:rsidRDefault="00F26ABB">
            <w:pPr>
              <w:spacing w:before="40" w:after="0"/>
            </w:pPr>
            <w:sdt>
              <w:sdtPr>
                <w:alias w:val="PLAATS"/>
                <w:tag w:val="PLAATS"/>
                <w:id w:val="2143769516"/>
                <w:showingPlcHdr/>
                <w:text/>
              </w:sdtPr>
              <w:sdtEndPr/>
              <w:sdtContent>
                <w:r w:rsidR="00054AA0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513E7BD7" w14:textId="77777777" w:rsidR="00CD32D2" w:rsidRDefault="008F67B7">
            <w:r>
              <w:rPr>
                <w:b/>
                <w:color w:val="173B53"/>
                <w:sz w:val="19"/>
              </w:rPr>
              <w:t>Datum</w:t>
            </w:r>
          </w:p>
          <w:p w14:paraId="6521BACC" w14:textId="77307BAF" w:rsidR="00CD32D2" w:rsidRDefault="00F26ABB">
            <w:pPr>
              <w:spacing w:before="40" w:after="0"/>
            </w:pPr>
            <w:sdt>
              <w:sdtPr>
                <w:alias w:val="DATUM"/>
                <w:tag w:val="DATUM"/>
                <w:id w:val="900877843"/>
                <w:showingPlcHdr/>
                <w:text/>
              </w:sdtPr>
              <w:sdtEndPr/>
              <w:sdtContent>
                <w:r w:rsidR="00054AA0">
                  <w:t xml:space="preserve">     </w:t>
                </w:r>
              </w:sdtContent>
            </w:sdt>
          </w:p>
        </w:tc>
      </w:tr>
      <w:tr w:rsidR="00CD32D2" w14:paraId="21FAD329" w14:textId="77777777">
        <w:trPr>
          <w:jc w:val="center"/>
        </w:trPr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04C7C9DA" w14:textId="77777777" w:rsidR="00CD32D2" w:rsidRDefault="008F67B7">
            <w:r>
              <w:rPr>
                <w:b/>
                <w:color w:val="173B53"/>
                <w:sz w:val="19"/>
              </w:rPr>
              <w:t>Naam</w:t>
            </w:r>
          </w:p>
          <w:p w14:paraId="7F975FB2" w14:textId="6F97ADD9" w:rsidR="00CD32D2" w:rsidRDefault="00F26ABB">
            <w:pPr>
              <w:spacing w:before="40" w:after="0"/>
            </w:pPr>
            <w:sdt>
              <w:sdtPr>
                <w:alias w:val="ONDERTEKENAAR"/>
                <w:tag w:val="ONDERTEKENAAR"/>
                <w:id w:val="1924913645"/>
                <w:showingPlcHdr/>
                <w:text/>
              </w:sdtPr>
              <w:sdtEndPr/>
              <w:sdtContent>
                <w:r w:rsidR="00054AA0">
                  <w:t xml:space="preserve">     </w:t>
                </w:r>
              </w:sdtContent>
            </w:sdt>
          </w:p>
        </w:tc>
        <w:tc>
          <w:tcPr>
            <w:tcW w:w="5244" w:type="dxa"/>
            <w:tcBorders>
              <w:bottom w:val="single" w:sz="8" w:space="0" w:color="D9D2C6"/>
            </w:tcBorders>
            <w:tcMar>
              <w:top w:w="70" w:type="dxa"/>
              <w:left w:w="80" w:type="dxa"/>
              <w:bottom w:w="80" w:type="dxa"/>
              <w:right w:w="120" w:type="dxa"/>
            </w:tcMar>
          </w:tcPr>
          <w:p w14:paraId="6D3F3602" w14:textId="77777777" w:rsidR="00CD32D2" w:rsidRDefault="008F67B7">
            <w:r>
              <w:rPr>
                <w:b/>
                <w:color w:val="173B53"/>
                <w:sz w:val="19"/>
              </w:rPr>
              <w:t>Handtekening</w:t>
            </w:r>
          </w:p>
          <w:p w14:paraId="2D07DECB" w14:textId="28F55186" w:rsidR="00CD32D2" w:rsidRDefault="00F26ABB">
            <w:pPr>
              <w:spacing w:before="40" w:after="0"/>
            </w:pPr>
            <w:sdt>
              <w:sdtPr>
                <w:alias w:val="HANDTEKENING"/>
                <w:tag w:val="HANDTEKENING"/>
                <w:id w:val="-1253052439"/>
                <w:text/>
              </w:sdtPr>
              <w:sdtEndPr/>
              <w:sdtContent/>
            </w:sdt>
          </w:p>
        </w:tc>
      </w:tr>
    </w:tbl>
    <w:p w14:paraId="2E839553" w14:textId="77777777" w:rsidR="00CD32D2" w:rsidRDefault="00CD32D2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CD32D2" w:rsidRPr="00D6037E" w14:paraId="0994E36E" w14:textId="77777777">
        <w:trPr>
          <w:jc w:val="center"/>
        </w:trPr>
        <w:tc>
          <w:tcPr>
            <w:tcW w:w="10488" w:type="dxa"/>
            <w:shd w:val="clear" w:color="auto" w:fill="FFF2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046B4B" w14:textId="77777777" w:rsidR="00CD32D2" w:rsidRPr="003A480E" w:rsidRDefault="008F67B7">
            <w:pPr>
              <w:rPr>
                <w:lang w:val="nl-BE"/>
              </w:rPr>
            </w:pPr>
            <w:r w:rsidRPr="003A480E">
              <w:rPr>
                <w:sz w:val="18"/>
                <w:lang w:val="nl-BE"/>
              </w:rPr>
              <w:t>Mail dit formulier naar info@pet-4-rent.be. We nemen daarna contact op.</w:t>
            </w:r>
          </w:p>
        </w:tc>
      </w:tr>
    </w:tbl>
    <w:p w14:paraId="2FE5BBDE" w14:textId="77777777" w:rsidR="008F67B7" w:rsidRPr="003A480E" w:rsidRDefault="008F67B7">
      <w:pPr>
        <w:rPr>
          <w:lang w:val="nl-BE"/>
        </w:rPr>
      </w:pPr>
    </w:p>
    <w:sectPr w:rsidR="008F67B7" w:rsidRPr="003A480E" w:rsidSect="00034616">
      <w:footerReference w:type="default" r:id="rId9"/>
      <w:pgSz w:w="11906" w:h="16838"/>
      <w:pgMar w:top="709" w:right="709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D4B14" w14:textId="77777777" w:rsidR="00F26ABB" w:rsidRDefault="00F26ABB">
      <w:pPr>
        <w:spacing w:after="0"/>
      </w:pPr>
      <w:r>
        <w:separator/>
      </w:r>
    </w:p>
  </w:endnote>
  <w:endnote w:type="continuationSeparator" w:id="0">
    <w:p w14:paraId="6E29CF5C" w14:textId="77777777" w:rsidR="00F26ABB" w:rsidRDefault="00F26A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FB6BA" w14:textId="77777777" w:rsidR="00CD32D2" w:rsidRDefault="008F67B7">
    <w:pPr>
      <w:pStyle w:val="Voettekst"/>
      <w:jc w:val="center"/>
    </w:pPr>
    <w:r>
      <w:rPr>
        <w:color w:val="667580"/>
        <w:sz w:val="16"/>
      </w:rPr>
      <w:t>www.pet-4-rent.be   •   info@pet-4-rent.be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3B1B1" w14:textId="77777777" w:rsidR="00F26ABB" w:rsidRDefault="00F26ABB">
      <w:pPr>
        <w:spacing w:after="0"/>
      </w:pPr>
      <w:r>
        <w:separator/>
      </w:r>
    </w:p>
  </w:footnote>
  <w:footnote w:type="continuationSeparator" w:id="0">
    <w:p w14:paraId="5193712C" w14:textId="77777777" w:rsidR="00F26ABB" w:rsidRDefault="00F26A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368496">
    <w:abstractNumId w:val="8"/>
  </w:num>
  <w:num w:numId="2" w16cid:durableId="1311012822">
    <w:abstractNumId w:val="6"/>
  </w:num>
  <w:num w:numId="3" w16cid:durableId="171843583">
    <w:abstractNumId w:val="5"/>
  </w:num>
  <w:num w:numId="4" w16cid:durableId="20671066">
    <w:abstractNumId w:val="4"/>
  </w:num>
  <w:num w:numId="5" w16cid:durableId="1725642023">
    <w:abstractNumId w:val="7"/>
  </w:num>
  <w:num w:numId="6" w16cid:durableId="1778332310">
    <w:abstractNumId w:val="3"/>
  </w:num>
  <w:num w:numId="7" w16cid:durableId="1131367237">
    <w:abstractNumId w:val="2"/>
  </w:num>
  <w:num w:numId="8" w16cid:durableId="258373111">
    <w:abstractNumId w:val="1"/>
  </w:num>
  <w:num w:numId="9" w16cid:durableId="1871869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AA0"/>
    <w:rsid w:val="0006063C"/>
    <w:rsid w:val="0015074B"/>
    <w:rsid w:val="0029639D"/>
    <w:rsid w:val="002B1C16"/>
    <w:rsid w:val="002C15FE"/>
    <w:rsid w:val="00326F90"/>
    <w:rsid w:val="0038506A"/>
    <w:rsid w:val="003A480E"/>
    <w:rsid w:val="006D2225"/>
    <w:rsid w:val="007A32FF"/>
    <w:rsid w:val="008F67B7"/>
    <w:rsid w:val="00A67E38"/>
    <w:rsid w:val="00AA1D8D"/>
    <w:rsid w:val="00B47730"/>
    <w:rsid w:val="00BA6068"/>
    <w:rsid w:val="00C85865"/>
    <w:rsid w:val="00CB0664"/>
    <w:rsid w:val="00CD32D2"/>
    <w:rsid w:val="00D6037E"/>
    <w:rsid w:val="00F26A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ED22F25"/>
  <w14:defaultImageDpi w14:val="300"/>
  <w15:docId w15:val="{F7C56535-FD8E-4989-B705-4C681EC9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60" w:line="240" w:lineRule="auto"/>
    </w:pPr>
    <w:rPr>
      <w:rFonts w:ascii="Aptos" w:hAnsi="Aptos"/>
      <w:color w:val="26394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4RTitle">
    <w:name w:val="P4R Title"/>
    <w:pPr>
      <w:spacing w:after="80"/>
    </w:pPr>
    <w:rPr>
      <w:rFonts w:ascii="Aptos Display" w:hAnsi="Aptos Display"/>
      <w:b/>
      <w:color w:val="173B53"/>
      <w:sz w:val="48"/>
    </w:rPr>
  </w:style>
  <w:style w:type="paragraph" w:customStyle="1" w:styleId="P4RSubtitle">
    <w:name w:val="P4R Subtitle"/>
    <w:pPr>
      <w:spacing w:after="80"/>
    </w:pPr>
    <w:rPr>
      <w:rFonts w:ascii="Aptos" w:hAnsi="Aptos"/>
      <w:color w:val="6D7A43"/>
    </w:rPr>
  </w:style>
  <w:style w:type="paragraph" w:customStyle="1" w:styleId="P4RH2">
    <w:name w:val="P4R H2"/>
    <w:pPr>
      <w:spacing w:after="80"/>
    </w:pPr>
    <w:rPr>
      <w:rFonts w:ascii="Aptos Display" w:hAnsi="Aptos Display"/>
      <w:b/>
      <w:color w:val="173B53"/>
      <w:sz w:val="30"/>
    </w:rPr>
  </w:style>
  <w:style w:type="paragraph" w:customStyle="1" w:styleId="P4RH3">
    <w:name w:val="P4R H3"/>
    <w:pPr>
      <w:spacing w:after="80"/>
    </w:pPr>
    <w:rPr>
      <w:rFonts w:ascii="Aptos" w:hAnsi="Aptos"/>
      <w:b/>
      <w:color w:val="EA5B0C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Pet-4-Rent Toetredingsformulier 2026</dc:title>
  <dc:subject>Invulbaar toetredingsformulier voor P4R leden</dc:subject>
  <dc:creator>Pet-4-Rent vzw</dc:creator>
  <cp:keywords/>
  <dc:description>generated by python-docx</dc:description>
  <cp:lastModifiedBy>Mike Hagens</cp:lastModifiedBy>
  <cp:revision>10</cp:revision>
  <dcterms:created xsi:type="dcterms:W3CDTF">2026-08-13T16:20:00Z</dcterms:created>
  <dcterms:modified xsi:type="dcterms:W3CDTF">2026-08-15T07:31:00Z</dcterms:modified>
  <cp:category/>
</cp:coreProperties>
</file>